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243E" w14:textId="77777777" w:rsidR="00AE6994" w:rsidRDefault="00000000">
      <w:pPr>
        <w:spacing w:before="720" w:after="960" w:line="312" w:lineRule="auto"/>
        <w:ind w:firstLine="0"/>
        <w:jc w:val="center"/>
        <w:rPr>
          <w:lang w:eastAsia="ko-KR"/>
        </w:rPr>
      </w:pPr>
      <w:r>
        <w:rPr>
          <w:b/>
          <w:sz w:val="28"/>
          <w:lang w:eastAsia="ko-KR"/>
        </w:rPr>
        <w:t>논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문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제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안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서</w:t>
      </w:r>
    </w:p>
    <w:p w14:paraId="45C32F99" w14:textId="77777777" w:rsidR="00AE6994" w:rsidRDefault="00000000">
      <w:pPr>
        <w:spacing w:after="240" w:line="312" w:lineRule="auto"/>
        <w:ind w:firstLine="0"/>
        <w:jc w:val="center"/>
        <w:rPr>
          <w:lang w:eastAsia="ko-KR"/>
        </w:rPr>
      </w:pPr>
      <w:r>
        <w:rPr>
          <w:b/>
          <w:sz w:val="36"/>
          <w:lang w:eastAsia="ko-KR"/>
        </w:rPr>
        <w:t>[</w:t>
      </w:r>
      <w:r>
        <w:rPr>
          <w:b/>
          <w:sz w:val="36"/>
          <w:lang w:eastAsia="ko-KR"/>
        </w:rPr>
        <w:t>논문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제목을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입력하십시오</w:t>
      </w:r>
      <w:r>
        <w:rPr>
          <w:b/>
          <w:sz w:val="36"/>
          <w:lang w:eastAsia="ko-KR"/>
        </w:rPr>
        <w:t>]</w:t>
      </w:r>
    </w:p>
    <w:p w14:paraId="6C05C896" w14:textId="77777777" w:rsidR="00AE6994" w:rsidRDefault="00000000">
      <w:pPr>
        <w:spacing w:after="400" w:line="312" w:lineRule="auto"/>
        <w:ind w:firstLine="0"/>
        <w:jc w:val="center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부제목을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]</w:t>
      </w:r>
    </w:p>
    <w:p w14:paraId="34ED11B0" w14:textId="77777777" w:rsidR="00AE6994" w:rsidRDefault="00000000">
      <w:pPr>
        <w:spacing w:after="1120" w:line="312" w:lineRule="auto"/>
        <w:ind w:firstLine="0"/>
        <w:jc w:val="center"/>
        <w:rPr>
          <w:i/>
        </w:rPr>
      </w:pPr>
      <w:r>
        <w:rPr>
          <w:i/>
        </w:rPr>
        <w:t>[English Dissertation Title]</w:t>
      </w:r>
    </w:p>
    <w:p w14:paraId="65766484" w14:textId="77777777" w:rsidR="00D465BD" w:rsidRDefault="00D465BD">
      <w:pPr>
        <w:spacing w:after="1120" w:line="312" w:lineRule="auto"/>
        <w:ind w:firstLine="0"/>
        <w:jc w:val="center"/>
        <w:rPr>
          <w:rFonts w:hint="eastAsia"/>
          <w:lang w:eastAsia="ko-KR"/>
        </w:rPr>
      </w:pPr>
    </w:p>
    <w:p w14:paraId="05CC55B2" w14:textId="77777777" w:rsidR="00AE6994" w:rsidRDefault="00000000">
      <w:pPr>
        <w:spacing w:after="280" w:line="312" w:lineRule="auto"/>
        <w:ind w:firstLine="0"/>
        <w:jc w:val="center"/>
      </w:pPr>
      <w:r>
        <w:rPr>
          <w:sz w:val="22"/>
        </w:rPr>
        <w:t>By</w:t>
      </w:r>
    </w:p>
    <w:p w14:paraId="0B004F74" w14:textId="77777777" w:rsidR="00AE6994" w:rsidRDefault="00000000">
      <w:pPr>
        <w:spacing w:after="720" w:line="312" w:lineRule="auto"/>
        <w:ind w:firstLine="0"/>
        <w:jc w:val="center"/>
      </w:pPr>
      <w:r>
        <w:rPr>
          <w:b/>
        </w:rPr>
        <w:t>[</w:t>
      </w:r>
      <w:r>
        <w:rPr>
          <w:b/>
        </w:rPr>
        <w:t>연구자</w:t>
      </w:r>
      <w:r>
        <w:rPr>
          <w:b/>
        </w:rPr>
        <w:t xml:space="preserve"> </w:t>
      </w:r>
      <w:r>
        <w:rPr>
          <w:b/>
        </w:rPr>
        <w:t>성명</w:t>
      </w:r>
      <w:r>
        <w:rPr>
          <w:b/>
        </w:rPr>
        <w:t xml:space="preserve"> / </w:t>
      </w:r>
      <w:r>
        <w:rPr>
          <w:b/>
        </w:rPr>
        <w:t>영문</w:t>
      </w:r>
      <w:r>
        <w:rPr>
          <w:b/>
        </w:rPr>
        <w:t xml:space="preserve"> </w:t>
      </w:r>
      <w:r>
        <w:rPr>
          <w:b/>
        </w:rPr>
        <w:t>성명</w:t>
      </w:r>
      <w:r>
        <w:rPr>
          <w:b/>
        </w:rPr>
        <w:t>]</w:t>
      </w:r>
    </w:p>
    <w:p w14:paraId="25F4DB0D" w14:textId="77777777" w:rsidR="00AE6994" w:rsidRDefault="00000000">
      <w:pPr>
        <w:spacing w:line="312" w:lineRule="auto"/>
        <w:ind w:firstLine="0"/>
        <w:jc w:val="center"/>
      </w:pPr>
      <w:r>
        <w:rPr>
          <w:sz w:val="20"/>
        </w:rPr>
        <w:t>A Dissertation Proposal Presented to the Faculty of</w:t>
      </w:r>
    </w:p>
    <w:p w14:paraId="3D844742" w14:textId="77777777" w:rsidR="00AE6994" w:rsidRDefault="00000000">
      <w:pPr>
        <w:spacing w:line="312" w:lineRule="auto"/>
        <w:ind w:firstLine="0"/>
        <w:jc w:val="center"/>
      </w:pPr>
      <w:r>
        <w:rPr>
          <w:b/>
          <w:sz w:val="20"/>
        </w:rPr>
        <w:t>GRADUATE SCHOOL</w:t>
      </w:r>
    </w:p>
    <w:p w14:paraId="16AE7809" w14:textId="77777777" w:rsidR="00AE6994" w:rsidRDefault="00000000">
      <w:pPr>
        <w:spacing w:line="312" w:lineRule="auto"/>
        <w:ind w:firstLine="0"/>
        <w:jc w:val="center"/>
      </w:pPr>
      <w:r>
        <w:rPr>
          <w:sz w:val="20"/>
        </w:rPr>
        <w:t>of</w:t>
      </w:r>
    </w:p>
    <w:p w14:paraId="3E3FA891" w14:textId="77777777" w:rsidR="00AE6994" w:rsidRDefault="00000000">
      <w:pPr>
        <w:spacing w:after="360" w:line="312" w:lineRule="auto"/>
        <w:ind w:firstLine="0"/>
        <w:jc w:val="center"/>
      </w:pPr>
      <w:r>
        <w:rPr>
          <w:b/>
          <w:sz w:val="22"/>
        </w:rPr>
        <w:t>HARVEST UNIVERSITY</w:t>
      </w:r>
    </w:p>
    <w:p w14:paraId="2B329E77" w14:textId="77777777" w:rsidR="00AE6994" w:rsidRDefault="00000000">
      <w:pPr>
        <w:spacing w:line="312" w:lineRule="auto"/>
        <w:ind w:firstLine="0"/>
        <w:jc w:val="center"/>
      </w:pPr>
      <w:r>
        <w:rPr>
          <w:sz w:val="20"/>
        </w:rPr>
        <w:t>In Partial Fulfillment of the Requirements for the Degree of</w:t>
      </w:r>
    </w:p>
    <w:p w14:paraId="4FF60243" w14:textId="77777777" w:rsidR="00AE6994" w:rsidRDefault="00000000">
      <w:pPr>
        <w:spacing w:after="680" w:line="312" w:lineRule="auto"/>
        <w:ind w:firstLine="0"/>
        <w:jc w:val="center"/>
      </w:pPr>
      <w:r>
        <w:rPr>
          <w:sz w:val="20"/>
        </w:rPr>
        <w:t>[</w:t>
      </w:r>
      <w:r>
        <w:rPr>
          <w:sz w:val="20"/>
        </w:rPr>
        <w:t>학위명</w:t>
      </w:r>
      <w:r>
        <w:rPr>
          <w:sz w:val="20"/>
        </w:rPr>
        <w:t xml:space="preserve">: </w:t>
      </w:r>
      <w:r>
        <w:rPr>
          <w:sz w:val="20"/>
        </w:rPr>
        <w:t>예</w:t>
      </w:r>
      <w:r>
        <w:rPr>
          <w:sz w:val="20"/>
        </w:rPr>
        <w:t>, Doctor of Theology / Doctor of Philosophy]</w:t>
      </w:r>
    </w:p>
    <w:p w14:paraId="2BC1A5AC" w14:textId="77777777" w:rsidR="00AE6994" w:rsidRDefault="00000000">
      <w:pPr>
        <w:spacing w:line="312" w:lineRule="auto"/>
        <w:ind w:firstLine="0"/>
        <w:jc w:val="center"/>
      </w:pPr>
      <w:r>
        <w:rPr>
          <w:sz w:val="22"/>
        </w:rPr>
        <w:t>[</w:t>
      </w:r>
      <w:r>
        <w:rPr>
          <w:sz w:val="22"/>
        </w:rPr>
        <w:t>제출</w:t>
      </w:r>
      <w:r>
        <w:rPr>
          <w:sz w:val="22"/>
        </w:rPr>
        <w:t xml:space="preserve"> </w:t>
      </w:r>
      <w:r>
        <w:rPr>
          <w:sz w:val="22"/>
        </w:rPr>
        <w:t>연월</w:t>
      </w:r>
      <w:r>
        <w:rPr>
          <w:sz w:val="22"/>
        </w:rPr>
        <w:t>]</w:t>
      </w:r>
    </w:p>
    <w:p w14:paraId="2075120F" w14:textId="77777777" w:rsidR="00AE6994" w:rsidRDefault="00000000">
      <w:pPr>
        <w:pStyle w:val="1"/>
      </w:pPr>
      <w:r>
        <w:lastRenderedPageBreak/>
        <w:t>논문</w:t>
      </w:r>
      <w:r>
        <w:t xml:space="preserve"> </w:t>
      </w:r>
      <w:r>
        <w:t>제안서</w:t>
      </w:r>
      <w:r>
        <w:t xml:space="preserve"> </w:t>
      </w:r>
      <w:r>
        <w:t>제출</w:t>
      </w:r>
      <w:r>
        <w:t xml:space="preserve"> </w:t>
      </w:r>
      <w:r>
        <w:t>정보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6160"/>
      </w:tblGrid>
      <w:tr w:rsidR="00AE6994" w14:paraId="08FB503D" w14:textId="77777777">
        <w:trPr>
          <w:tblHeader/>
          <w:jc w:val="center"/>
        </w:trPr>
        <w:tc>
          <w:tcPr>
            <w:tcW w:w="17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4296C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항목</w:t>
            </w:r>
          </w:p>
        </w:tc>
        <w:tc>
          <w:tcPr>
            <w:tcW w:w="616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9F1528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기재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내용</w:t>
            </w:r>
          </w:p>
        </w:tc>
      </w:tr>
      <w:tr w:rsidR="00AE6994" w14:paraId="648DD323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41EA2F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논문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제목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C1E57D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국문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제목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1C20679E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E9C0C1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영문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제목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947A3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[English Title]</w:t>
            </w:r>
          </w:p>
        </w:tc>
      </w:tr>
      <w:tr w:rsidR="00AE6994" w14:paraId="2856C1F8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33EC9F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연구자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094988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 xml:space="preserve"> / </w:t>
            </w:r>
            <w:r>
              <w:rPr>
                <w:color w:val="555555"/>
                <w:sz w:val="18"/>
              </w:rPr>
              <w:t>영문명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19D8697F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C1F9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학번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3484D4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학번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3C1741F3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53F49F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과정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전공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DC362E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학위과정</w:t>
            </w:r>
            <w:r>
              <w:rPr>
                <w:color w:val="555555"/>
                <w:sz w:val="18"/>
              </w:rPr>
              <w:t xml:space="preserve"> / </w:t>
            </w:r>
            <w:r>
              <w:rPr>
                <w:color w:val="555555"/>
                <w:sz w:val="18"/>
              </w:rPr>
              <w:t>대학원</w:t>
            </w:r>
            <w:r>
              <w:rPr>
                <w:color w:val="555555"/>
                <w:sz w:val="18"/>
              </w:rPr>
              <w:t xml:space="preserve"> / </w:t>
            </w:r>
            <w:r>
              <w:rPr>
                <w:color w:val="555555"/>
                <w:sz w:val="18"/>
              </w:rPr>
              <w:t>전공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1453FA60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49ECCE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지도교수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0E796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48C82B42" w14:textId="77777777">
        <w:trPr>
          <w:jc w:val="center"/>
        </w:trPr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B8F0D1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제출일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FB67C0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[YYYY</w:t>
            </w:r>
            <w:r>
              <w:rPr>
                <w:color w:val="555555"/>
                <w:sz w:val="18"/>
                <w:lang w:eastAsia="ko-KR"/>
              </w:rPr>
              <w:t>년</w:t>
            </w:r>
            <w:r>
              <w:rPr>
                <w:color w:val="555555"/>
                <w:sz w:val="18"/>
                <w:lang w:eastAsia="ko-KR"/>
              </w:rPr>
              <w:t xml:space="preserve"> MM</w:t>
            </w:r>
            <w:r>
              <w:rPr>
                <w:color w:val="555555"/>
                <w:sz w:val="18"/>
                <w:lang w:eastAsia="ko-KR"/>
              </w:rPr>
              <w:t>월</w:t>
            </w:r>
            <w:r>
              <w:rPr>
                <w:color w:val="555555"/>
                <w:sz w:val="18"/>
                <w:lang w:eastAsia="ko-KR"/>
              </w:rPr>
              <w:t xml:space="preserve"> DD</w:t>
            </w:r>
            <w:r>
              <w:rPr>
                <w:color w:val="555555"/>
                <w:sz w:val="18"/>
                <w:lang w:eastAsia="ko-KR"/>
              </w:rPr>
              <w:t>일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</w:tbl>
    <w:p w14:paraId="42305C37" w14:textId="77777777" w:rsidR="00AE6994" w:rsidRDefault="00AE6994">
      <w:pPr>
        <w:rPr>
          <w:lang w:eastAsia="ko-KR"/>
        </w:rPr>
      </w:pPr>
    </w:p>
    <w:p w14:paraId="544E90A2" w14:textId="77777777" w:rsidR="00AE6994" w:rsidRDefault="00AE6994">
      <w:pPr>
        <w:rPr>
          <w:lang w:eastAsia="ko-KR"/>
        </w:rPr>
      </w:pPr>
    </w:p>
    <w:p w14:paraId="650F6AD8" w14:textId="77777777" w:rsidR="00AE6994" w:rsidRDefault="00000000">
      <w:pPr>
        <w:spacing w:before="240" w:after="480" w:line="312" w:lineRule="auto"/>
        <w:ind w:firstLine="0"/>
        <w:jc w:val="center"/>
        <w:rPr>
          <w:lang w:eastAsia="ko-KR"/>
        </w:rPr>
      </w:pPr>
      <w:r>
        <w:rPr>
          <w:sz w:val="22"/>
          <w:lang w:eastAsia="ko-KR"/>
        </w:rPr>
        <w:t>위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연구자는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다음과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같이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학위논문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연구를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수행하고자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논문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제안서를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제출합니다</w:t>
      </w:r>
      <w:r>
        <w:rPr>
          <w:sz w:val="22"/>
          <w:lang w:eastAsia="ko-KR"/>
        </w:rPr>
        <w:t>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000"/>
        <w:gridCol w:w="2200"/>
        <w:gridCol w:w="2160"/>
      </w:tblGrid>
      <w:tr w:rsidR="00AE6994" w14:paraId="3D8EE22A" w14:textId="77777777">
        <w:trPr>
          <w:tblHeader/>
          <w:jc w:val="center"/>
        </w:trPr>
        <w:tc>
          <w:tcPr>
            <w:tcW w:w="15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82D210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구분</w:t>
            </w:r>
          </w:p>
        </w:tc>
        <w:tc>
          <w:tcPr>
            <w:tcW w:w="20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C17161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22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27473F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서명</w:t>
            </w:r>
          </w:p>
        </w:tc>
        <w:tc>
          <w:tcPr>
            <w:tcW w:w="216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E4E76B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일자</w:t>
            </w:r>
          </w:p>
        </w:tc>
      </w:tr>
      <w:tr w:rsidR="00AE6994" w14:paraId="766367F4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874D7C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연구자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B45AED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10F783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________________</w:t>
            </w: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F4260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</w:t>
            </w:r>
            <w:r>
              <w:rPr>
                <w:sz w:val="18"/>
              </w:rPr>
              <w:t>년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월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일</w:t>
            </w:r>
          </w:p>
        </w:tc>
      </w:tr>
      <w:tr w:rsidR="00AE6994" w14:paraId="3BE3F791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97E92F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지도교수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D99F7F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C8826F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________________</w:t>
            </w: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40B81C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</w:t>
            </w:r>
            <w:r>
              <w:rPr>
                <w:sz w:val="18"/>
              </w:rPr>
              <w:t>년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월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일</w:t>
            </w:r>
          </w:p>
        </w:tc>
      </w:tr>
      <w:tr w:rsidR="00AE6994" w14:paraId="3814765D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9D5702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심사위원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1FBFB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09CC94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________________</w:t>
            </w: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FA3D75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</w:t>
            </w:r>
            <w:r>
              <w:rPr>
                <w:sz w:val="18"/>
              </w:rPr>
              <w:t>년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월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일</w:t>
            </w:r>
          </w:p>
        </w:tc>
      </w:tr>
      <w:tr w:rsidR="00AE6994" w14:paraId="3CAC67AC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0DA4DB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심사위원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7A1B9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80FB8B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________________</w:t>
            </w: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EEA39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</w:t>
            </w:r>
            <w:r>
              <w:rPr>
                <w:sz w:val="18"/>
              </w:rPr>
              <w:t>년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월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일</w:t>
            </w:r>
          </w:p>
        </w:tc>
      </w:tr>
    </w:tbl>
    <w:p w14:paraId="3D11F898" w14:textId="77777777" w:rsidR="00AE6994" w:rsidRDefault="00AE6994"/>
    <w:p w14:paraId="7F03CDF8" w14:textId="77777777" w:rsidR="00D465BD" w:rsidRDefault="00D465BD" w:rsidP="00D465BD">
      <w:pPr>
        <w:rPr>
          <w:lang w:eastAsia="ko-KR"/>
        </w:rPr>
      </w:pPr>
    </w:p>
    <w:p w14:paraId="6B2CFD8E" w14:textId="77777777" w:rsidR="00D465BD" w:rsidRDefault="00D465BD" w:rsidP="00D465BD">
      <w:pPr>
        <w:rPr>
          <w:lang w:eastAsia="ko-KR"/>
        </w:rPr>
      </w:pPr>
    </w:p>
    <w:p w14:paraId="2D41A756" w14:textId="77777777" w:rsidR="00D465BD" w:rsidRDefault="00D465BD" w:rsidP="00D465BD">
      <w:pPr>
        <w:rPr>
          <w:lang w:eastAsia="ko-KR"/>
        </w:rPr>
      </w:pPr>
    </w:p>
    <w:p w14:paraId="7C854F5F" w14:textId="380830B7" w:rsidR="00AE6994" w:rsidRDefault="00000000" w:rsidP="00D465BD">
      <w:r>
        <w:lastRenderedPageBreak/>
        <w:t>연구계획서</w:t>
      </w:r>
      <w:r>
        <w:t xml:space="preserve"> </w:t>
      </w:r>
      <w:r>
        <w:t>요약</w:t>
      </w:r>
    </w:p>
    <w:p w14:paraId="2142F99B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배경</w:t>
      </w:r>
      <w:r>
        <w:rPr>
          <w:lang w:eastAsia="ko-KR"/>
        </w:rPr>
        <w:t xml:space="preserve">, </w:t>
      </w:r>
      <w:r>
        <w:rPr>
          <w:lang w:eastAsia="ko-KR"/>
        </w:rPr>
        <w:t>목적</w:t>
      </w:r>
      <w:r>
        <w:rPr>
          <w:lang w:eastAsia="ko-KR"/>
        </w:rPr>
        <w:t xml:space="preserve">, </w:t>
      </w:r>
      <w:r>
        <w:rPr>
          <w:lang w:eastAsia="ko-KR"/>
        </w:rPr>
        <w:t>연구문제</w:t>
      </w:r>
      <w:r>
        <w:rPr>
          <w:lang w:eastAsia="ko-KR"/>
        </w:rPr>
        <w:t xml:space="preserve">, </w:t>
      </w:r>
      <w:r>
        <w:rPr>
          <w:lang w:eastAsia="ko-KR"/>
        </w:rPr>
        <w:t>방법</w:t>
      </w:r>
      <w:r>
        <w:rPr>
          <w:lang w:eastAsia="ko-KR"/>
        </w:rPr>
        <w:t xml:space="preserve">, </w:t>
      </w:r>
      <w:r>
        <w:rPr>
          <w:lang w:eastAsia="ko-KR"/>
        </w:rPr>
        <w:t>기대</w:t>
      </w:r>
      <w:r>
        <w:rPr>
          <w:lang w:eastAsia="ko-KR"/>
        </w:rPr>
        <w:t xml:space="preserve"> </w:t>
      </w:r>
      <w:r>
        <w:rPr>
          <w:lang w:eastAsia="ko-KR"/>
        </w:rPr>
        <w:t>결과와</w:t>
      </w:r>
      <w:r>
        <w:rPr>
          <w:lang w:eastAsia="ko-KR"/>
        </w:rPr>
        <w:t xml:space="preserve"> </w:t>
      </w:r>
      <w:r>
        <w:rPr>
          <w:lang w:eastAsia="ko-KR"/>
        </w:rPr>
        <w:t>의의를</w:t>
      </w:r>
      <w:r>
        <w:rPr>
          <w:lang w:eastAsia="ko-KR"/>
        </w:rPr>
        <w:t xml:space="preserve"> 600–1,000</w:t>
      </w:r>
      <w:r>
        <w:rPr>
          <w:lang w:eastAsia="ko-KR"/>
        </w:rPr>
        <w:t>자</w:t>
      </w:r>
      <w:r>
        <w:rPr>
          <w:lang w:eastAsia="ko-KR"/>
        </w:rPr>
        <w:t xml:space="preserve"> </w:t>
      </w:r>
      <w:r>
        <w:rPr>
          <w:lang w:eastAsia="ko-KR"/>
        </w:rPr>
        <w:t>내외로</w:t>
      </w:r>
      <w:r>
        <w:rPr>
          <w:lang w:eastAsia="ko-KR"/>
        </w:rPr>
        <w:t xml:space="preserve"> </w:t>
      </w:r>
      <w:r>
        <w:rPr>
          <w:lang w:eastAsia="ko-KR"/>
        </w:rPr>
        <w:t>요약하십시오</w:t>
      </w:r>
      <w:r>
        <w:rPr>
          <w:lang w:eastAsia="ko-KR"/>
        </w:rPr>
        <w:t xml:space="preserve">. </w:t>
      </w:r>
      <w:r>
        <w:rPr>
          <w:lang w:eastAsia="ko-KR"/>
        </w:rPr>
        <w:t>약어는</w:t>
      </w:r>
      <w:r>
        <w:rPr>
          <w:lang w:eastAsia="ko-KR"/>
        </w:rPr>
        <w:t xml:space="preserve"> </w:t>
      </w:r>
      <w:r>
        <w:rPr>
          <w:lang w:eastAsia="ko-KR"/>
        </w:rPr>
        <w:t>처음</w:t>
      </w:r>
      <w:r>
        <w:rPr>
          <w:lang w:eastAsia="ko-KR"/>
        </w:rPr>
        <w:t xml:space="preserve"> </w:t>
      </w:r>
      <w:r>
        <w:rPr>
          <w:lang w:eastAsia="ko-KR"/>
        </w:rPr>
        <w:t>사용할</w:t>
      </w:r>
      <w:r>
        <w:rPr>
          <w:lang w:eastAsia="ko-KR"/>
        </w:rPr>
        <w:t xml:space="preserve"> </w:t>
      </w:r>
      <w:r>
        <w:rPr>
          <w:lang w:eastAsia="ko-KR"/>
        </w:rPr>
        <w:t>때</w:t>
      </w:r>
      <w:r>
        <w:rPr>
          <w:lang w:eastAsia="ko-KR"/>
        </w:rPr>
        <w:t xml:space="preserve"> </w:t>
      </w:r>
      <w:r>
        <w:rPr>
          <w:lang w:eastAsia="ko-KR"/>
        </w:rPr>
        <w:t>풀어</w:t>
      </w:r>
      <w:r>
        <w:rPr>
          <w:lang w:eastAsia="ko-KR"/>
        </w:rPr>
        <w:t xml:space="preserve"> </w:t>
      </w:r>
      <w:r>
        <w:rPr>
          <w:lang w:eastAsia="ko-KR"/>
        </w:rPr>
        <w:t>쓰고</w:t>
      </w:r>
      <w:r>
        <w:rPr>
          <w:lang w:eastAsia="ko-KR"/>
        </w:rPr>
        <w:t xml:space="preserve">, </w:t>
      </w:r>
      <w:r>
        <w:rPr>
          <w:lang w:eastAsia="ko-KR"/>
        </w:rPr>
        <w:t>인용은</w:t>
      </w:r>
      <w:r>
        <w:rPr>
          <w:lang w:eastAsia="ko-KR"/>
        </w:rPr>
        <w:t xml:space="preserve"> </w:t>
      </w:r>
      <w:r>
        <w:rPr>
          <w:lang w:eastAsia="ko-KR"/>
        </w:rPr>
        <w:t>최소화하십시오</w:t>
      </w:r>
      <w:r>
        <w:rPr>
          <w:lang w:eastAsia="ko-KR"/>
        </w:rPr>
        <w:t>.</w:t>
      </w:r>
    </w:p>
    <w:p w14:paraId="37DA9271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연구계획서</w:t>
      </w:r>
      <w:r>
        <w:rPr>
          <w:lang w:eastAsia="ko-KR"/>
        </w:rPr>
        <w:t xml:space="preserve"> </w:t>
      </w:r>
      <w:r>
        <w:rPr>
          <w:lang w:eastAsia="ko-KR"/>
        </w:rPr>
        <w:t>요약을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216E8029" w14:textId="1E477EDC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321D6B53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273757FF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>주제어</w:t>
      </w:r>
    </w:p>
    <w:p w14:paraId="1137A6D5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개념</w:t>
      </w:r>
      <w:r>
        <w:rPr>
          <w:lang w:eastAsia="ko-KR"/>
        </w:rPr>
        <w:t xml:space="preserve"> 5–8</w:t>
      </w:r>
      <w:r>
        <w:rPr>
          <w:lang w:eastAsia="ko-KR"/>
        </w:rPr>
        <w:t>개를</w:t>
      </w:r>
      <w:r>
        <w:rPr>
          <w:lang w:eastAsia="ko-KR"/>
        </w:rPr>
        <w:t xml:space="preserve"> </w:t>
      </w:r>
      <w:r>
        <w:rPr>
          <w:lang w:eastAsia="ko-KR"/>
        </w:rPr>
        <w:t>쉼표로</w:t>
      </w:r>
      <w:r>
        <w:rPr>
          <w:lang w:eastAsia="ko-KR"/>
        </w:rPr>
        <w:t xml:space="preserve"> </w:t>
      </w:r>
      <w:r>
        <w:rPr>
          <w:lang w:eastAsia="ko-KR"/>
        </w:rPr>
        <w:t>구분하여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>.</w:t>
      </w:r>
    </w:p>
    <w:p w14:paraId="1F080103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주제어</w:t>
      </w:r>
      <w:r>
        <w:rPr>
          <w:lang w:eastAsia="ko-KR"/>
        </w:rPr>
        <w:t xml:space="preserve"> 1, </w:t>
      </w:r>
      <w:r>
        <w:rPr>
          <w:lang w:eastAsia="ko-KR"/>
        </w:rPr>
        <w:t>주제어</w:t>
      </w:r>
      <w:r>
        <w:rPr>
          <w:lang w:eastAsia="ko-KR"/>
        </w:rPr>
        <w:t xml:space="preserve"> 2, </w:t>
      </w:r>
      <w:r>
        <w:rPr>
          <w:lang w:eastAsia="ko-KR"/>
        </w:rPr>
        <w:t>주제어</w:t>
      </w:r>
      <w:r>
        <w:rPr>
          <w:lang w:eastAsia="ko-KR"/>
        </w:rPr>
        <w:t xml:space="preserve"> 3, </w:t>
      </w:r>
      <w:r>
        <w:rPr>
          <w:lang w:eastAsia="ko-KR"/>
        </w:rPr>
        <w:t>주제어</w:t>
      </w:r>
      <w:r>
        <w:rPr>
          <w:lang w:eastAsia="ko-KR"/>
        </w:rPr>
        <w:t xml:space="preserve"> 4, </w:t>
      </w:r>
      <w:r>
        <w:rPr>
          <w:lang w:eastAsia="ko-KR"/>
        </w:rPr>
        <w:t>주제어</w:t>
      </w:r>
      <w:r>
        <w:rPr>
          <w:lang w:eastAsia="ko-KR"/>
        </w:rPr>
        <w:t xml:space="preserve"> 5]</w:t>
      </w:r>
      <w:r>
        <w:rPr>
          <w:lang w:eastAsia="ko-KR"/>
        </w:rPr>
        <w:br/>
      </w:r>
    </w:p>
    <w:p w14:paraId="18DD32A7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32EDB1A2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7E5E1740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8340243" w14:textId="77777777" w:rsidR="00D465BD" w:rsidRDefault="00D465BD">
      <w:pPr>
        <w:pStyle w:val="aff2"/>
        <w:keepLines/>
        <w:shd w:val="clear" w:color="auto" w:fill="F2F2F2"/>
        <w:rPr>
          <w:rFonts w:hint="eastAsia"/>
          <w:lang w:eastAsia="ko-KR"/>
        </w:rPr>
      </w:pPr>
    </w:p>
    <w:p w14:paraId="235BEC1E" w14:textId="77777777" w:rsidR="00D465BD" w:rsidRDefault="00D465BD">
      <w:pPr>
        <w:pStyle w:val="aff2"/>
        <w:keepLines/>
        <w:shd w:val="clear" w:color="auto" w:fill="F2F2F2"/>
        <w:rPr>
          <w:rFonts w:hint="eastAsia"/>
          <w:lang w:eastAsia="ko-KR"/>
        </w:rPr>
      </w:pPr>
    </w:p>
    <w:p w14:paraId="6B4D7869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목차</w:t>
      </w:r>
    </w:p>
    <w:p w14:paraId="16113A6D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아래</w:t>
      </w:r>
      <w:r>
        <w:rPr>
          <w:lang w:eastAsia="ko-KR"/>
        </w:rPr>
        <w:t xml:space="preserve"> </w:t>
      </w:r>
      <w:r>
        <w:rPr>
          <w:lang w:eastAsia="ko-KR"/>
        </w:rPr>
        <w:t>항목은</w:t>
      </w:r>
      <w:r>
        <w:rPr>
          <w:lang w:eastAsia="ko-KR"/>
        </w:rPr>
        <w:t xml:space="preserve"> </w:t>
      </w:r>
      <w:r>
        <w:rPr>
          <w:lang w:eastAsia="ko-KR"/>
        </w:rPr>
        <w:t>권장</w:t>
      </w:r>
      <w:r>
        <w:rPr>
          <w:lang w:eastAsia="ko-KR"/>
        </w:rPr>
        <w:t xml:space="preserve"> </w:t>
      </w:r>
      <w:r>
        <w:rPr>
          <w:lang w:eastAsia="ko-KR"/>
        </w:rPr>
        <w:t>구성입니다</w:t>
      </w:r>
      <w:r>
        <w:rPr>
          <w:lang w:eastAsia="ko-KR"/>
        </w:rPr>
        <w:t xml:space="preserve">. </w:t>
      </w:r>
      <w:r>
        <w:rPr>
          <w:lang w:eastAsia="ko-KR"/>
        </w:rPr>
        <w:t>전공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연구방법의</w:t>
      </w:r>
      <w:r>
        <w:rPr>
          <w:lang w:eastAsia="ko-KR"/>
        </w:rPr>
        <w:t xml:space="preserve"> </w:t>
      </w:r>
      <w:r>
        <w:rPr>
          <w:lang w:eastAsia="ko-KR"/>
        </w:rPr>
        <w:t>특성에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지도교수의</w:t>
      </w:r>
      <w:r>
        <w:rPr>
          <w:lang w:eastAsia="ko-KR"/>
        </w:rPr>
        <w:t xml:space="preserve"> </w:t>
      </w:r>
      <w:r>
        <w:rPr>
          <w:lang w:eastAsia="ko-KR"/>
        </w:rPr>
        <w:t>승인을</w:t>
      </w:r>
      <w:r>
        <w:rPr>
          <w:lang w:eastAsia="ko-KR"/>
        </w:rPr>
        <w:t xml:space="preserve"> </w:t>
      </w:r>
      <w:r>
        <w:rPr>
          <w:lang w:eastAsia="ko-KR"/>
        </w:rPr>
        <w:t>받아</w:t>
      </w:r>
      <w:r>
        <w:rPr>
          <w:lang w:eastAsia="ko-KR"/>
        </w:rPr>
        <w:t xml:space="preserve"> </w:t>
      </w:r>
      <w:r>
        <w:rPr>
          <w:lang w:eastAsia="ko-KR"/>
        </w:rPr>
        <w:t>조정할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 xml:space="preserve">.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Word</w:t>
      </w:r>
      <w:r>
        <w:rPr>
          <w:lang w:eastAsia="ko-KR"/>
        </w:rPr>
        <w:t>의</w:t>
      </w:r>
      <w:r>
        <w:rPr>
          <w:lang w:eastAsia="ko-KR"/>
        </w:rPr>
        <w:t xml:space="preserve"> </w:t>
      </w:r>
      <w:r>
        <w:rPr>
          <w:lang w:eastAsia="ko-KR"/>
        </w:rPr>
        <w:t>자동</w:t>
      </w:r>
      <w:r>
        <w:rPr>
          <w:lang w:eastAsia="ko-KR"/>
        </w:rPr>
        <w:t xml:space="preserve"> </w:t>
      </w:r>
      <w:r>
        <w:rPr>
          <w:lang w:eastAsia="ko-KR"/>
        </w:rPr>
        <w:t>목차</w:t>
      </w:r>
      <w:r>
        <w:rPr>
          <w:lang w:eastAsia="ko-KR"/>
        </w:rPr>
        <w:t xml:space="preserve"> </w:t>
      </w:r>
      <w:r>
        <w:rPr>
          <w:lang w:eastAsia="ko-KR"/>
        </w:rPr>
        <w:t>기능으로</w:t>
      </w:r>
      <w:r>
        <w:rPr>
          <w:lang w:eastAsia="ko-KR"/>
        </w:rPr>
        <w:t xml:space="preserve"> </w:t>
      </w:r>
      <w:r>
        <w:rPr>
          <w:lang w:eastAsia="ko-KR"/>
        </w:rPr>
        <w:t>페이지</w:t>
      </w:r>
      <w:r>
        <w:rPr>
          <w:lang w:eastAsia="ko-KR"/>
        </w:rPr>
        <w:t xml:space="preserve"> </w:t>
      </w:r>
      <w:r>
        <w:rPr>
          <w:lang w:eastAsia="ko-KR"/>
        </w:rPr>
        <w:t>번호를</w:t>
      </w:r>
      <w:r>
        <w:rPr>
          <w:lang w:eastAsia="ko-KR"/>
        </w:rPr>
        <w:t xml:space="preserve"> </w:t>
      </w:r>
      <w:r>
        <w:rPr>
          <w:lang w:eastAsia="ko-KR"/>
        </w:rPr>
        <w:t>갱신하십시오</w:t>
      </w:r>
      <w:r>
        <w:rPr>
          <w:lang w:eastAsia="ko-KR"/>
        </w:rPr>
        <w:t>.</w:t>
      </w:r>
    </w:p>
    <w:p w14:paraId="2DFB18D4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Ⅰ.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배경과</w:t>
      </w:r>
      <w:r>
        <w:rPr>
          <w:lang w:eastAsia="ko-KR"/>
        </w:rPr>
        <w:t xml:space="preserve"> </w:t>
      </w:r>
      <w:r>
        <w:rPr>
          <w:lang w:eastAsia="ko-KR"/>
        </w:rPr>
        <w:t>필요성</w:t>
      </w:r>
    </w:p>
    <w:p w14:paraId="14F43D75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Ⅱ.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</w:p>
    <w:p w14:paraId="78E66D12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Ⅲ.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질문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가설</w:t>
      </w:r>
    </w:p>
    <w:p w14:paraId="3AF334E4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Ⅳ. </w:t>
      </w:r>
      <w:r>
        <w:rPr>
          <w:lang w:eastAsia="ko-KR"/>
        </w:rPr>
        <w:t>주요</w:t>
      </w:r>
      <w:r>
        <w:rPr>
          <w:lang w:eastAsia="ko-KR"/>
        </w:rPr>
        <w:t xml:space="preserve"> </w:t>
      </w:r>
      <w:r>
        <w:rPr>
          <w:lang w:eastAsia="ko-KR"/>
        </w:rPr>
        <w:t>용어의</w:t>
      </w:r>
      <w:r>
        <w:rPr>
          <w:lang w:eastAsia="ko-KR"/>
        </w:rPr>
        <w:t xml:space="preserve"> </w:t>
      </w:r>
      <w:r>
        <w:rPr>
          <w:lang w:eastAsia="ko-KR"/>
        </w:rPr>
        <w:t>정의</w:t>
      </w:r>
    </w:p>
    <w:p w14:paraId="1F40D14B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Ⅴ. </w:t>
      </w:r>
      <w:r>
        <w:rPr>
          <w:lang w:eastAsia="ko-KR"/>
        </w:rPr>
        <w:t>선행연구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</w:p>
    <w:p w14:paraId="14A9E225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Ⅵ. </w:t>
      </w:r>
      <w:r>
        <w:rPr>
          <w:lang w:eastAsia="ko-KR"/>
        </w:rPr>
        <w:t>이론적</w:t>
      </w:r>
      <w:r>
        <w:rPr>
          <w:lang w:eastAsia="ko-KR"/>
        </w:rPr>
        <w:t>·</w:t>
      </w:r>
      <w:r>
        <w:rPr>
          <w:lang w:eastAsia="ko-KR"/>
        </w:rPr>
        <w:t>신학적</w:t>
      </w:r>
      <w:r>
        <w:rPr>
          <w:lang w:eastAsia="ko-KR"/>
        </w:rPr>
        <w:t xml:space="preserve"> </w:t>
      </w:r>
      <w:r>
        <w:rPr>
          <w:lang w:eastAsia="ko-KR"/>
        </w:rPr>
        <w:t>틀</w:t>
      </w:r>
    </w:p>
    <w:p w14:paraId="54556C3F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Ⅶ.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방법</w:t>
      </w:r>
    </w:p>
    <w:p w14:paraId="6C269FAD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Ⅷ.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범위와</w:t>
      </w:r>
      <w:r>
        <w:rPr>
          <w:lang w:eastAsia="ko-KR"/>
        </w:rPr>
        <w:t xml:space="preserve"> </w:t>
      </w:r>
      <w:r>
        <w:rPr>
          <w:lang w:eastAsia="ko-KR"/>
        </w:rPr>
        <w:t>제한점</w:t>
      </w:r>
    </w:p>
    <w:p w14:paraId="20C8942E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Ⅸ. </w:t>
      </w:r>
      <w:r>
        <w:rPr>
          <w:lang w:eastAsia="ko-KR"/>
        </w:rPr>
        <w:t>연구윤리</w:t>
      </w:r>
    </w:p>
    <w:p w14:paraId="49E96494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Ⅹ. </w:t>
      </w:r>
      <w:r>
        <w:rPr>
          <w:lang w:eastAsia="ko-KR"/>
        </w:rPr>
        <w:t>예상</w:t>
      </w:r>
      <w:r>
        <w:rPr>
          <w:lang w:eastAsia="ko-KR"/>
        </w:rPr>
        <w:t xml:space="preserve">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구성</w:t>
      </w:r>
    </w:p>
    <w:p w14:paraId="19C460A1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Ⅺ.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추진</w:t>
      </w:r>
      <w:r>
        <w:rPr>
          <w:lang w:eastAsia="ko-KR"/>
        </w:rPr>
        <w:t xml:space="preserve"> </w:t>
      </w:r>
      <w:r>
        <w:rPr>
          <w:lang w:eastAsia="ko-KR"/>
        </w:rPr>
        <w:t>일정</w:t>
      </w:r>
    </w:p>
    <w:p w14:paraId="1DBBB251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Ⅻ. </w:t>
      </w:r>
      <w:r>
        <w:rPr>
          <w:lang w:eastAsia="ko-KR"/>
        </w:rPr>
        <w:t>기대</w:t>
      </w:r>
      <w:r>
        <w:rPr>
          <w:lang w:eastAsia="ko-KR"/>
        </w:rPr>
        <w:t xml:space="preserve"> </w:t>
      </w:r>
      <w:r>
        <w:rPr>
          <w:lang w:eastAsia="ko-KR"/>
        </w:rPr>
        <w:t>결과와</w:t>
      </w:r>
      <w:r>
        <w:rPr>
          <w:lang w:eastAsia="ko-KR"/>
        </w:rPr>
        <w:t xml:space="preserve">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의의</w:t>
      </w:r>
    </w:p>
    <w:p w14:paraId="44B49F3F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>참고문헌</w:t>
      </w:r>
    </w:p>
    <w:p w14:paraId="604E1B36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>부록</w:t>
      </w:r>
    </w:p>
    <w:p w14:paraId="7C881A3B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Ⅰ.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배경과</w:t>
      </w:r>
      <w:r>
        <w:rPr>
          <w:lang w:eastAsia="ko-KR"/>
        </w:rPr>
        <w:t xml:space="preserve"> </w:t>
      </w:r>
      <w:r>
        <w:rPr>
          <w:lang w:eastAsia="ko-KR"/>
        </w:rPr>
        <w:t>필요성</w:t>
      </w:r>
    </w:p>
    <w:p w14:paraId="0C6334BC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배경</w:t>
      </w:r>
    </w:p>
    <w:p w14:paraId="54EAC7F8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주제가</w:t>
      </w:r>
      <w:r>
        <w:rPr>
          <w:lang w:eastAsia="ko-KR"/>
        </w:rPr>
        <w:t xml:space="preserve"> </w:t>
      </w:r>
      <w:r>
        <w:rPr>
          <w:lang w:eastAsia="ko-KR"/>
        </w:rPr>
        <w:t>등장한</w:t>
      </w:r>
      <w:r>
        <w:rPr>
          <w:lang w:eastAsia="ko-KR"/>
        </w:rPr>
        <w:t xml:space="preserve"> </w:t>
      </w:r>
      <w:r>
        <w:rPr>
          <w:lang w:eastAsia="ko-KR"/>
        </w:rPr>
        <w:t>학문적</w:t>
      </w:r>
      <w:r>
        <w:rPr>
          <w:lang w:eastAsia="ko-KR"/>
        </w:rPr>
        <w:t>·</w:t>
      </w:r>
      <w:r>
        <w:rPr>
          <w:lang w:eastAsia="ko-KR"/>
        </w:rPr>
        <w:t>사회적</w:t>
      </w:r>
      <w:r>
        <w:rPr>
          <w:lang w:eastAsia="ko-KR"/>
        </w:rPr>
        <w:t>·</w:t>
      </w:r>
      <w:r>
        <w:rPr>
          <w:lang w:eastAsia="ko-KR"/>
        </w:rPr>
        <w:t>교회적</w:t>
      </w:r>
      <w:r>
        <w:rPr>
          <w:lang w:eastAsia="ko-KR"/>
        </w:rPr>
        <w:t>·</w:t>
      </w:r>
      <w:r>
        <w:rPr>
          <w:lang w:eastAsia="ko-KR"/>
        </w:rPr>
        <w:t>선교적</w:t>
      </w:r>
      <w:r>
        <w:rPr>
          <w:lang w:eastAsia="ko-KR"/>
        </w:rPr>
        <w:t xml:space="preserve"> </w:t>
      </w:r>
      <w:r>
        <w:rPr>
          <w:lang w:eastAsia="ko-KR"/>
        </w:rPr>
        <w:t>배경을</w:t>
      </w:r>
      <w:r>
        <w:rPr>
          <w:lang w:eastAsia="ko-KR"/>
        </w:rPr>
        <w:t xml:space="preserve"> </w:t>
      </w:r>
      <w:r>
        <w:rPr>
          <w:lang w:eastAsia="ko-KR"/>
        </w:rPr>
        <w:t>설명하고</w:t>
      </w:r>
      <w:r>
        <w:rPr>
          <w:lang w:eastAsia="ko-KR"/>
        </w:rPr>
        <w:t xml:space="preserve">,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대상과</w:t>
      </w:r>
      <w:r>
        <w:rPr>
          <w:lang w:eastAsia="ko-KR"/>
        </w:rPr>
        <w:t xml:space="preserve"> </w:t>
      </w:r>
      <w:r>
        <w:rPr>
          <w:lang w:eastAsia="ko-KR"/>
        </w:rPr>
        <w:t>현장의</w:t>
      </w:r>
      <w:r>
        <w:rPr>
          <w:lang w:eastAsia="ko-KR"/>
        </w:rPr>
        <w:t xml:space="preserve"> </w:t>
      </w:r>
      <w:r>
        <w:rPr>
          <w:lang w:eastAsia="ko-KR"/>
        </w:rPr>
        <w:t>상황을</w:t>
      </w:r>
      <w:r>
        <w:rPr>
          <w:lang w:eastAsia="ko-KR"/>
        </w:rPr>
        <w:t xml:space="preserve"> </w:t>
      </w:r>
      <w:r>
        <w:rPr>
          <w:lang w:eastAsia="ko-KR"/>
        </w:rPr>
        <w:t>객관적으로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>.</w:t>
      </w:r>
    </w:p>
    <w:p w14:paraId="4E064D5C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62D29B36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문제</w:t>
      </w:r>
      <w:r>
        <w:rPr>
          <w:lang w:eastAsia="ko-KR"/>
        </w:rPr>
        <w:t xml:space="preserve"> </w:t>
      </w:r>
      <w:r>
        <w:rPr>
          <w:lang w:eastAsia="ko-KR"/>
        </w:rPr>
        <w:t>제기</w:t>
      </w:r>
    </w:p>
    <w:p w14:paraId="449949D3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이론이나</w:t>
      </w:r>
      <w:r>
        <w:rPr>
          <w:lang w:eastAsia="ko-KR"/>
        </w:rPr>
        <w:t xml:space="preserve"> </w:t>
      </w:r>
      <w:r>
        <w:rPr>
          <w:lang w:eastAsia="ko-KR"/>
        </w:rPr>
        <w:t>실천에서</w:t>
      </w:r>
      <w:r>
        <w:rPr>
          <w:lang w:eastAsia="ko-KR"/>
        </w:rPr>
        <w:t xml:space="preserve"> </w:t>
      </w:r>
      <w:r>
        <w:rPr>
          <w:lang w:eastAsia="ko-KR"/>
        </w:rPr>
        <w:t>해결되지</w:t>
      </w:r>
      <w:r>
        <w:rPr>
          <w:lang w:eastAsia="ko-KR"/>
        </w:rPr>
        <w:t xml:space="preserve"> </w:t>
      </w:r>
      <w:r>
        <w:rPr>
          <w:lang w:eastAsia="ko-KR"/>
        </w:rPr>
        <w:t>않은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문제를</w:t>
      </w:r>
      <w:r>
        <w:rPr>
          <w:lang w:eastAsia="ko-KR"/>
        </w:rPr>
        <w:t xml:space="preserve"> </w:t>
      </w:r>
      <w:r>
        <w:rPr>
          <w:lang w:eastAsia="ko-KR"/>
        </w:rPr>
        <w:t>명료하게</w:t>
      </w:r>
      <w:r>
        <w:rPr>
          <w:lang w:eastAsia="ko-KR"/>
        </w:rPr>
        <w:t xml:space="preserve"> </w:t>
      </w:r>
      <w:r>
        <w:rPr>
          <w:lang w:eastAsia="ko-KR"/>
        </w:rPr>
        <w:t>진술하십시오</w:t>
      </w:r>
      <w:r>
        <w:rPr>
          <w:lang w:eastAsia="ko-KR"/>
        </w:rPr>
        <w:t xml:space="preserve">. </w:t>
      </w:r>
      <w:r>
        <w:rPr>
          <w:lang w:eastAsia="ko-KR"/>
        </w:rPr>
        <w:t>개인적</w:t>
      </w:r>
      <w:r>
        <w:rPr>
          <w:lang w:eastAsia="ko-KR"/>
        </w:rPr>
        <w:t xml:space="preserve"> </w:t>
      </w:r>
      <w:r>
        <w:rPr>
          <w:lang w:eastAsia="ko-KR"/>
        </w:rPr>
        <w:t>관심만이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학문적</w:t>
      </w:r>
      <w:r>
        <w:rPr>
          <w:lang w:eastAsia="ko-KR"/>
        </w:rPr>
        <w:t xml:space="preserve"> </w:t>
      </w:r>
      <w:r>
        <w:rPr>
          <w:lang w:eastAsia="ko-KR"/>
        </w:rPr>
        <w:t>문제로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>.</w:t>
      </w:r>
    </w:p>
    <w:p w14:paraId="47B1EA03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0F6B3E13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필요성</w:t>
      </w:r>
    </w:p>
    <w:p w14:paraId="20390F3C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왜</w:t>
      </w:r>
      <w:r>
        <w:rPr>
          <w:lang w:eastAsia="ko-KR"/>
        </w:rPr>
        <w:t xml:space="preserve"> </w:t>
      </w:r>
      <w:r>
        <w:rPr>
          <w:lang w:eastAsia="ko-KR"/>
        </w:rPr>
        <w:t>지금</w:t>
      </w:r>
      <w:r>
        <w:rPr>
          <w:lang w:eastAsia="ko-KR"/>
        </w:rPr>
        <w:t xml:space="preserve"> 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연구가</w:t>
      </w:r>
      <w:r>
        <w:rPr>
          <w:lang w:eastAsia="ko-KR"/>
        </w:rPr>
        <w:t xml:space="preserve"> </w:t>
      </w:r>
      <w:r>
        <w:rPr>
          <w:lang w:eastAsia="ko-KR"/>
        </w:rPr>
        <w:t>필요한지</w:t>
      </w:r>
      <w:r>
        <w:rPr>
          <w:lang w:eastAsia="ko-KR"/>
        </w:rPr>
        <w:t xml:space="preserve">, </w:t>
      </w: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공백과</w:t>
      </w:r>
      <w:r>
        <w:rPr>
          <w:lang w:eastAsia="ko-KR"/>
        </w:rPr>
        <w:t xml:space="preserve"> 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요구를</w:t>
      </w:r>
      <w:r>
        <w:rPr>
          <w:lang w:eastAsia="ko-KR"/>
        </w:rPr>
        <w:t xml:space="preserve"> </w:t>
      </w:r>
      <w:r>
        <w:rPr>
          <w:lang w:eastAsia="ko-KR"/>
        </w:rPr>
        <w:t>연결하여</w:t>
      </w:r>
      <w:r>
        <w:rPr>
          <w:lang w:eastAsia="ko-KR"/>
        </w:rPr>
        <w:t xml:space="preserve"> </w:t>
      </w:r>
      <w:r>
        <w:rPr>
          <w:lang w:eastAsia="ko-KR"/>
        </w:rPr>
        <w:t>기술하십시오</w:t>
      </w:r>
      <w:r>
        <w:rPr>
          <w:lang w:eastAsia="ko-KR"/>
        </w:rPr>
        <w:t>.</w:t>
      </w:r>
    </w:p>
    <w:p w14:paraId="480A2A57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490738A0" w14:textId="77777777" w:rsidR="00AE6994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351436FB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Ⅱ.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</w:p>
    <w:p w14:paraId="638E0164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총괄</w:t>
      </w:r>
      <w:r>
        <w:rPr>
          <w:lang w:eastAsia="ko-KR"/>
        </w:rPr>
        <w:t xml:space="preserve"> </w:t>
      </w:r>
      <w:r>
        <w:rPr>
          <w:lang w:eastAsia="ko-KR"/>
        </w:rPr>
        <w:t>목적을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문장으로</w:t>
      </w:r>
      <w:r>
        <w:rPr>
          <w:lang w:eastAsia="ko-KR"/>
        </w:rPr>
        <w:t xml:space="preserve"> </w:t>
      </w:r>
      <w:r>
        <w:rPr>
          <w:lang w:eastAsia="ko-KR"/>
        </w:rPr>
        <w:t>진술한</w:t>
      </w:r>
      <w:r>
        <w:rPr>
          <w:lang w:eastAsia="ko-KR"/>
        </w:rPr>
        <w:t xml:space="preserve"> </w:t>
      </w:r>
      <w:r>
        <w:rPr>
          <w:lang w:eastAsia="ko-KR"/>
        </w:rPr>
        <w:t>뒤</w:t>
      </w:r>
      <w:r>
        <w:rPr>
          <w:lang w:eastAsia="ko-KR"/>
        </w:rPr>
        <w:t xml:space="preserve">, </w:t>
      </w:r>
      <w:r>
        <w:rPr>
          <w:lang w:eastAsia="ko-KR"/>
        </w:rPr>
        <w:t>이를</w:t>
      </w:r>
      <w:r>
        <w:rPr>
          <w:lang w:eastAsia="ko-KR"/>
        </w:rPr>
        <w:t xml:space="preserve"> </w:t>
      </w:r>
      <w:r>
        <w:rPr>
          <w:lang w:eastAsia="ko-KR"/>
        </w:rPr>
        <w:t>달성하기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목적을</w:t>
      </w:r>
      <w:r>
        <w:rPr>
          <w:lang w:eastAsia="ko-KR"/>
        </w:rPr>
        <w:t xml:space="preserve"> 3–5</w:t>
      </w:r>
      <w:r>
        <w:rPr>
          <w:lang w:eastAsia="ko-KR"/>
        </w:rPr>
        <w:t>개로</w:t>
      </w:r>
      <w:r>
        <w:rPr>
          <w:lang w:eastAsia="ko-KR"/>
        </w:rPr>
        <w:t xml:space="preserve"> </w:t>
      </w:r>
      <w:r>
        <w:rPr>
          <w:lang w:eastAsia="ko-KR"/>
        </w:rPr>
        <w:t>구체화하십시오</w:t>
      </w:r>
      <w:r>
        <w:rPr>
          <w:lang w:eastAsia="ko-KR"/>
        </w:rPr>
        <w:t>.</w:t>
      </w:r>
    </w:p>
    <w:p w14:paraId="59D83ABC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총괄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</w:p>
    <w:p w14:paraId="61133D59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</w:p>
    <w:p w14:paraId="46C96AED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060556BA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535DCA41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377C920D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8DBDE8E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7DEE14ED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3EBA5277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7CA7FFE0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57521D3B" w14:textId="0CFA62AB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</w:p>
    <w:p w14:paraId="04383F99" w14:textId="77777777" w:rsidR="00AE6994" w:rsidRDefault="00000000">
      <w:pPr>
        <w:pStyle w:val="21"/>
      </w:pPr>
      <w:r>
        <w:t xml:space="preserve">2. </w:t>
      </w:r>
      <w:r>
        <w:t>세부</w:t>
      </w:r>
      <w:r>
        <w:t xml:space="preserve"> </w:t>
      </w:r>
      <w:r>
        <w:t>목적</w:t>
      </w:r>
    </w:p>
    <w:p w14:paraId="7CEC77EA" w14:textId="77777777" w:rsidR="00AE6994" w:rsidRDefault="00000000">
      <w:pPr>
        <w:pStyle w:val="a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  <w:r>
        <w:rPr>
          <w:lang w:eastAsia="ko-KR"/>
        </w:rPr>
        <w:t xml:space="preserve"> 1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</w:p>
    <w:p w14:paraId="16C15A13" w14:textId="77777777" w:rsidR="00AE6994" w:rsidRDefault="00000000">
      <w:pPr>
        <w:pStyle w:val="a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  <w:r>
        <w:rPr>
          <w:lang w:eastAsia="ko-KR"/>
        </w:rPr>
        <w:t xml:space="preserve"> 2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</w:p>
    <w:p w14:paraId="12A94D5E" w14:textId="77777777" w:rsidR="00AE6994" w:rsidRDefault="00000000">
      <w:pPr>
        <w:pStyle w:val="a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  <w:r>
        <w:rPr>
          <w:lang w:eastAsia="ko-KR"/>
        </w:rPr>
        <w:t xml:space="preserve"> 3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</w:p>
    <w:p w14:paraId="0409C70D" w14:textId="77777777" w:rsidR="00AE6994" w:rsidRDefault="00000000">
      <w:pPr>
        <w:pStyle w:val="a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  <w:r>
        <w:rPr>
          <w:lang w:eastAsia="ko-KR"/>
        </w:rPr>
        <w:t xml:space="preserve"> 4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</w:p>
    <w:p w14:paraId="75C8E40C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Ⅲ.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질문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가설</w:t>
      </w:r>
    </w:p>
    <w:p w14:paraId="36E184B0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질문</w:t>
      </w:r>
    </w:p>
    <w:p w14:paraId="04AC362C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연구목적과</w:t>
      </w:r>
      <w:r>
        <w:rPr>
          <w:lang w:eastAsia="ko-KR"/>
        </w:rPr>
        <w:t xml:space="preserve"> </w:t>
      </w:r>
      <w:r>
        <w:rPr>
          <w:lang w:eastAsia="ko-KR"/>
        </w:rPr>
        <w:t>직접</w:t>
      </w:r>
      <w:r>
        <w:rPr>
          <w:lang w:eastAsia="ko-KR"/>
        </w:rPr>
        <w:t xml:space="preserve"> </w:t>
      </w:r>
      <w:r>
        <w:rPr>
          <w:lang w:eastAsia="ko-KR"/>
        </w:rPr>
        <w:t>연결되고</w:t>
      </w:r>
      <w:r>
        <w:rPr>
          <w:lang w:eastAsia="ko-KR"/>
        </w:rPr>
        <w:t xml:space="preserve"> </w:t>
      </w:r>
      <w:r>
        <w:rPr>
          <w:lang w:eastAsia="ko-KR"/>
        </w:rPr>
        <w:t>자료를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답할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질문으로</w:t>
      </w:r>
      <w:r>
        <w:rPr>
          <w:lang w:eastAsia="ko-KR"/>
        </w:rPr>
        <w:t xml:space="preserve"> </w:t>
      </w:r>
      <w:r>
        <w:rPr>
          <w:lang w:eastAsia="ko-KR"/>
        </w:rPr>
        <w:t>작성하십시오</w:t>
      </w:r>
      <w:r>
        <w:rPr>
          <w:lang w:eastAsia="ko-KR"/>
        </w:rPr>
        <w:t xml:space="preserve">. </w:t>
      </w:r>
      <w:r>
        <w:rPr>
          <w:lang w:eastAsia="ko-KR"/>
        </w:rPr>
        <w:t>질적</w:t>
      </w:r>
      <w:r>
        <w:rPr>
          <w:lang w:eastAsia="ko-KR"/>
        </w:rPr>
        <w:t xml:space="preserve"> </w:t>
      </w:r>
      <w:r>
        <w:rPr>
          <w:lang w:eastAsia="ko-KR"/>
        </w:rPr>
        <w:t>연구는</w:t>
      </w:r>
      <w:r>
        <w:rPr>
          <w:lang w:eastAsia="ko-KR"/>
        </w:rPr>
        <w:t xml:space="preserve"> “</w:t>
      </w:r>
      <w:r>
        <w:rPr>
          <w:lang w:eastAsia="ko-KR"/>
        </w:rPr>
        <w:t>어떻게</w:t>
      </w:r>
      <w:r>
        <w:rPr>
          <w:lang w:eastAsia="ko-KR"/>
        </w:rPr>
        <w:t>/</w:t>
      </w:r>
      <w:r>
        <w:rPr>
          <w:lang w:eastAsia="ko-KR"/>
        </w:rPr>
        <w:t>무엇인가</w:t>
      </w:r>
      <w:r>
        <w:rPr>
          <w:lang w:eastAsia="ko-KR"/>
        </w:rPr>
        <w:t xml:space="preserve">”, </w:t>
      </w:r>
      <w:r>
        <w:rPr>
          <w:lang w:eastAsia="ko-KR"/>
        </w:rPr>
        <w:t>양적</w:t>
      </w:r>
      <w:r>
        <w:rPr>
          <w:lang w:eastAsia="ko-KR"/>
        </w:rPr>
        <w:t xml:space="preserve"> </w:t>
      </w:r>
      <w:r>
        <w:rPr>
          <w:lang w:eastAsia="ko-KR"/>
        </w:rPr>
        <w:t>연구는</w:t>
      </w:r>
      <w:r>
        <w:rPr>
          <w:lang w:eastAsia="ko-KR"/>
        </w:rPr>
        <w:t xml:space="preserve"> </w:t>
      </w:r>
      <w:r>
        <w:rPr>
          <w:lang w:eastAsia="ko-KR"/>
        </w:rPr>
        <w:t>변수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관계가</w:t>
      </w:r>
      <w:r>
        <w:rPr>
          <w:lang w:eastAsia="ko-KR"/>
        </w:rPr>
        <w:t xml:space="preserve"> </w:t>
      </w:r>
      <w:r>
        <w:rPr>
          <w:lang w:eastAsia="ko-KR"/>
        </w:rPr>
        <w:t>드러나도록</w:t>
      </w:r>
      <w:r>
        <w:rPr>
          <w:lang w:eastAsia="ko-KR"/>
        </w:rPr>
        <w:t xml:space="preserve"> </w:t>
      </w:r>
      <w:r>
        <w:rPr>
          <w:lang w:eastAsia="ko-KR"/>
        </w:rPr>
        <w:t>진술합니다</w:t>
      </w:r>
      <w:r>
        <w:rPr>
          <w:lang w:eastAsia="ko-KR"/>
        </w:rPr>
        <w:t>.</w:t>
      </w:r>
    </w:p>
    <w:p w14:paraId="5DA6EE7B" w14:textId="77777777" w:rsidR="00AE6994" w:rsidRDefault="00000000">
      <w:pPr>
        <w:pStyle w:val="a"/>
      </w:pPr>
      <w:r>
        <w:t>[</w:t>
      </w:r>
      <w:r>
        <w:t>연구</w:t>
      </w:r>
      <w:r>
        <w:t xml:space="preserve"> </w:t>
      </w:r>
      <w:r>
        <w:t>질문</w:t>
      </w:r>
      <w:r>
        <w:t xml:space="preserve"> 1]</w:t>
      </w:r>
    </w:p>
    <w:p w14:paraId="6817BCDF" w14:textId="77777777" w:rsidR="00AE6994" w:rsidRDefault="00000000">
      <w:pPr>
        <w:pStyle w:val="a"/>
      </w:pPr>
      <w:r>
        <w:t>[</w:t>
      </w:r>
      <w:r>
        <w:t>연구</w:t>
      </w:r>
      <w:r>
        <w:t xml:space="preserve"> </w:t>
      </w:r>
      <w:r>
        <w:t>질문</w:t>
      </w:r>
      <w:r>
        <w:t xml:space="preserve"> 2]</w:t>
      </w:r>
    </w:p>
    <w:p w14:paraId="71B5AF32" w14:textId="77777777" w:rsidR="00AE6994" w:rsidRDefault="00000000">
      <w:pPr>
        <w:pStyle w:val="a"/>
      </w:pPr>
      <w:r>
        <w:t>[</w:t>
      </w:r>
      <w:r>
        <w:t>연구</w:t>
      </w:r>
      <w:r>
        <w:t xml:space="preserve"> </w:t>
      </w:r>
      <w:r>
        <w:t>질문</w:t>
      </w:r>
      <w:r>
        <w:t xml:space="preserve"> 3]</w:t>
      </w:r>
    </w:p>
    <w:p w14:paraId="620EF87D" w14:textId="77777777" w:rsidR="00AE6994" w:rsidRDefault="00000000">
      <w:pPr>
        <w:pStyle w:val="a"/>
      </w:pPr>
      <w:r>
        <w:t>[</w:t>
      </w:r>
      <w:r>
        <w:t>연구</w:t>
      </w:r>
      <w:r>
        <w:t xml:space="preserve"> </w:t>
      </w:r>
      <w:r>
        <w:t>질문</w:t>
      </w:r>
      <w:r>
        <w:t xml:space="preserve"> 4]</w:t>
      </w:r>
    </w:p>
    <w:p w14:paraId="1CF198CF" w14:textId="77777777" w:rsidR="00D465BD" w:rsidRDefault="00D465BD" w:rsidP="00D465BD">
      <w:pPr>
        <w:pStyle w:val="a"/>
        <w:numPr>
          <w:ilvl w:val="0"/>
          <w:numId w:val="0"/>
        </w:numPr>
        <w:ind w:left="360" w:hanging="360"/>
        <w:rPr>
          <w:lang w:eastAsia="ko-KR"/>
        </w:rPr>
      </w:pPr>
    </w:p>
    <w:p w14:paraId="765DAD39" w14:textId="77777777" w:rsidR="00D465BD" w:rsidRDefault="00D465BD" w:rsidP="00D465BD">
      <w:pPr>
        <w:pStyle w:val="a"/>
        <w:numPr>
          <w:ilvl w:val="0"/>
          <w:numId w:val="0"/>
        </w:numPr>
        <w:ind w:left="360" w:hanging="360"/>
        <w:rPr>
          <w:rFonts w:hint="eastAsia"/>
        </w:rPr>
      </w:pPr>
    </w:p>
    <w:p w14:paraId="735FBFD4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가설</w:t>
      </w:r>
      <w:r>
        <w:rPr>
          <w:lang w:eastAsia="ko-KR"/>
        </w:rPr>
        <w:t>(</w:t>
      </w:r>
      <w:r>
        <w:rPr>
          <w:lang w:eastAsia="ko-KR"/>
        </w:rPr>
        <w:t>해당하는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>)</w:t>
      </w:r>
    </w:p>
    <w:p w14:paraId="3B4F21DA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양적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혼합연구에서</w:t>
      </w:r>
      <w:r>
        <w:rPr>
          <w:lang w:eastAsia="ko-KR"/>
        </w:rPr>
        <w:t xml:space="preserve"> </w:t>
      </w:r>
      <w:r>
        <w:rPr>
          <w:lang w:eastAsia="ko-KR"/>
        </w:rPr>
        <w:t>검증할</w:t>
      </w:r>
      <w:r>
        <w:rPr>
          <w:lang w:eastAsia="ko-KR"/>
        </w:rPr>
        <w:t xml:space="preserve"> </w:t>
      </w:r>
      <w:r>
        <w:rPr>
          <w:lang w:eastAsia="ko-KR"/>
        </w:rPr>
        <w:t>가설이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경우에만</w:t>
      </w:r>
      <w:r>
        <w:rPr>
          <w:lang w:eastAsia="ko-KR"/>
        </w:rPr>
        <w:t xml:space="preserve"> </w:t>
      </w:r>
      <w:r>
        <w:rPr>
          <w:lang w:eastAsia="ko-KR"/>
        </w:rPr>
        <w:t>작성하십시오</w:t>
      </w:r>
      <w:r>
        <w:rPr>
          <w:lang w:eastAsia="ko-KR"/>
        </w:rPr>
        <w:t xml:space="preserve">. </w:t>
      </w:r>
      <w:r>
        <w:rPr>
          <w:lang w:eastAsia="ko-KR"/>
        </w:rPr>
        <w:t>해당하지</w:t>
      </w:r>
      <w:r>
        <w:rPr>
          <w:lang w:eastAsia="ko-KR"/>
        </w:rPr>
        <w:t xml:space="preserve"> </w:t>
      </w:r>
      <w:r>
        <w:rPr>
          <w:lang w:eastAsia="ko-KR"/>
        </w:rPr>
        <w:t>않으면</w:t>
      </w:r>
      <w:r>
        <w:rPr>
          <w:lang w:eastAsia="ko-KR"/>
        </w:rPr>
        <w:t xml:space="preserve"> “</w:t>
      </w:r>
      <w:r>
        <w:rPr>
          <w:lang w:eastAsia="ko-KR"/>
        </w:rPr>
        <w:t>해당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>”</w:t>
      </w:r>
      <w:r>
        <w:rPr>
          <w:lang w:eastAsia="ko-KR"/>
        </w:rPr>
        <w:t>으로</w:t>
      </w:r>
      <w:r>
        <w:rPr>
          <w:lang w:eastAsia="ko-KR"/>
        </w:rPr>
        <w:t xml:space="preserve"> </w:t>
      </w:r>
      <w:r>
        <w:rPr>
          <w:lang w:eastAsia="ko-KR"/>
        </w:rPr>
        <w:t>기재합니다</w:t>
      </w:r>
      <w:r>
        <w:rPr>
          <w:lang w:eastAsia="ko-KR"/>
        </w:rPr>
        <w:t>.</w:t>
      </w:r>
    </w:p>
    <w:p w14:paraId="4F463915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가설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“</w:t>
      </w:r>
      <w:r>
        <w:rPr>
          <w:lang w:eastAsia="ko-KR"/>
        </w:rPr>
        <w:t>해당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>”]</w:t>
      </w:r>
      <w:r>
        <w:rPr>
          <w:lang w:eastAsia="ko-KR"/>
        </w:rPr>
        <w:br/>
      </w:r>
      <w:r>
        <w:rPr>
          <w:lang w:eastAsia="ko-KR"/>
        </w:rPr>
        <w:br/>
      </w:r>
    </w:p>
    <w:p w14:paraId="6C67EF1F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65D26928" w14:textId="5408B080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</w:p>
    <w:p w14:paraId="6082F73D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Ⅳ. </w:t>
      </w:r>
      <w:r>
        <w:rPr>
          <w:lang w:eastAsia="ko-KR"/>
        </w:rPr>
        <w:t>주요</w:t>
      </w:r>
      <w:r>
        <w:rPr>
          <w:lang w:eastAsia="ko-KR"/>
        </w:rPr>
        <w:t xml:space="preserve"> </w:t>
      </w:r>
      <w:r>
        <w:rPr>
          <w:lang w:eastAsia="ko-KR"/>
        </w:rPr>
        <w:t>용어의</w:t>
      </w:r>
      <w:r>
        <w:rPr>
          <w:lang w:eastAsia="ko-KR"/>
        </w:rPr>
        <w:t xml:space="preserve"> </w:t>
      </w:r>
      <w:r>
        <w:rPr>
          <w:lang w:eastAsia="ko-KR"/>
        </w:rPr>
        <w:t>정의</w:t>
      </w:r>
    </w:p>
    <w:p w14:paraId="1B53CA76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연구에서</w:t>
      </w:r>
      <w:r>
        <w:rPr>
          <w:lang w:eastAsia="ko-KR"/>
        </w:rPr>
        <w:t xml:space="preserve"> </w:t>
      </w:r>
      <w:r>
        <w:rPr>
          <w:lang w:eastAsia="ko-KR"/>
        </w:rPr>
        <w:t>핵심적으로</w:t>
      </w:r>
      <w:r>
        <w:rPr>
          <w:lang w:eastAsia="ko-KR"/>
        </w:rPr>
        <w:t xml:space="preserve"> </w:t>
      </w:r>
      <w:r>
        <w:rPr>
          <w:lang w:eastAsia="ko-KR"/>
        </w:rPr>
        <w:t>사용하는</w:t>
      </w:r>
      <w:r>
        <w:rPr>
          <w:lang w:eastAsia="ko-KR"/>
        </w:rPr>
        <w:t xml:space="preserve"> </w:t>
      </w:r>
      <w:r>
        <w:rPr>
          <w:lang w:eastAsia="ko-KR"/>
        </w:rPr>
        <w:t>개념의</w:t>
      </w:r>
      <w:r>
        <w:rPr>
          <w:lang w:eastAsia="ko-KR"/>
        </w:rPr>
        <w:t xml:space="preserve"> </w:t>
      </w:r>
      <w:r>
        <w:rPr>
          <w:lang w:eastAsia="ko-KR"/>
        </w:rPr>
        <w:t>이론적</w:t>
      </w:r>
      <w:r>
        <w:rPr>
          <w:lang w:eastAsia="ko-KR"/>
        </w:rPr>
        <w:t xml:space="preserve"> </w:t>
      </w:r>
      <w:r>
        <w:rPr>
          <w:lang w:eastAsia="ko-KR"/>
        </w:rPr>
        <w:t>정의와</w:t>
      </w:r>
      <w:r>
        <w:rPr>
          <w:lang w:eastAsia="ko-KR"/>
        </w:rPr>
        <w:t xml:space="preserve"> </w:t>
      </w:r>
      <w:r>
        <w:rPr>
          <w:lang w:eastAsia="ko-KR"/>
        </w:rPr>
        <w:t>조작적</w:t>
      </w:r>
      <w:r>
        <w:rPr>
          <w:lang w:eastAsia="ko-KR"/>
        </w:rPr>
        <w:t xml:space="preserve"> </w:t>
      </w:r>
      <w:r>
        <w:rPr>
          <w:lang w:eastAsia="ko-KR"/>
        </w:rPr>
        <w:t>정의를</w:t>
      </w:r>
      <w:r>
        <w:rPr>
          <w:lang w:eastAsia="ko-KR"/>
        </w:rPr>
        <w:t xml:space="preserve"> </w:t>
      </w:r>
      <w:r>
        <w:rPr>
          <w:lang w:eastAsia="ko-KR"/>
        </w:rPr>
        <w:t>구분하여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 xml:space="preserve">. </w:t>
      </w:r>
      <w:r>
        <w:rPr>
          <w:lang w:eastAsia="ko-KR"/>
        </w:rPr>
        <w:t>사전적</w:t>
      </w:r>
      <w:r>
        <w:rPr>
          <w:lang w:eastAsia="ko-KR"/>
        </w:rPr>
        <w:t xml:space="preserve"> </w:t>
      </w:r>
      <w:r>
        <w:rPr>
          <w:lang w:eastAsia="ko-KR"/>
        </w:rPr>
        <w:t>정의만</w:t>
      </w:r>
      <w:r>
        <w:rPr>
          <w:lang w:eastAsia="ko-KR"/>
        </w:rPr>
        <w:t xml:space="preserve"> </w:t>
      </w:r>
      <w:r>
        <w:rPr>
          <w:lang w:eastAsia="ko-KR"/>
        </w:rPr>
        <w:t>나열하지</w:t>
      </w:r>
      <w:r>
        <w:rPr>
          <w:lang w:eastAsia="ko-KR"/>
        </w:rPr>
        <w:t xml:space="preserve"> </w:t>
      </w:r>
      <w:r>
        <w:rPr>
          <w:lang w:eastAsia="ko-KR"/>
        </w:rPr>
        <w:t>마십시오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3180"/>
        <w:gridCol w:w="3180"/>
      </w:tblGrid>
      <w:tr w:rsidR="00AE6994" w14:paraId="47871C7D" w14:textId="77777777">
        <w:trPr>
          <w:tblHeader/>
          <w:jc w:val="center"/>
        </w:trPr>
        <w:tc>
          <w:tcPr>
            <w:tcW w:w="15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8AC889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용어</w:t>
            </w:r>
          </w:p>
        </w:tc>
        <w:tc>
          <w:tcPr>
            <w:tcW w:w="318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3C2E65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이론적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정의</w:t>
            </w:r>
          </w:p>
        </w:tc>
        <w:tc>
          <w:tcPr>
            <w:tcW w:w="318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CCD7FF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본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연구의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조작적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정의</w:t>
            </w:r>
          </w:p>
        </w:tc>
      </w:tr>
      <w:tr w:rsidR="00AE6994" w14:paraId="56C4A180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5CD2DC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용어</w:t>
            </w:r>
            <w:r>
              <w:rPr>
                <w:color w:val="555555"/>
                <w:sz w:val="18"/>
              </w:rPr>
              <w:t xml:space="preserve"> 1]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120787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학문적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정의와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출처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B7BC6E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본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연구에서의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측정</w:t>
            </w:r>
            <w:r>
              <w:rPr>
                <w:color w:val="555555"/>
                <w:sz w:val="18"/>
                <w:lang w:eastAsia="ko-KR"/>
              </w:rPr>
              <w:t>·</w:t>
            </w:r>
            <w:r>
              <w:rPr>
                <w:color w:val="555555"/>
                <w:sz w:val="18"/>
                <w:lang w:eastAsia="ko-KR"/>
              </w:rPr>
              <w:t>적용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방식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51928496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7487A9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용어</w:t>
            </w:r>
            <w:r>
              <w:rPr>
                <w:color w:val="555555"/>
                <w:sz w:val="18"/>
              </w:rPr>
              <w:t xml:space="preserve"> 2]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854845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학문적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정의와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출처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324BCC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본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연구에서의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측정</w:t>
            </w:r>
            <w:r>
              <w:rPr>
                <w:color w:val="555555"/>
                <w:sz w:val="18"/>
                <w:lang w:eastAsia="ko-KR"/>
              </w:rPr>
              <w:t>·</w:t>
            </w:r>
            <w:r>
              <w:rPr>
                <w:color w:val="555555"/>
                <w:sz w:val="18"/>
                <w:lang w:eastAsia="ko-KR"/>
              </w:rPr>
              <w:t>적용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방식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1A0DC708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F54029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용어</w:t>
            </w:r>
            <w:r>
              <w:rPr>
                <w:color w:val="555555"/>
                <w:sz w:val="18"/>
              </w:rPr>
              <w:t xml:space="preserve"> 3]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AB64A5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학문적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정의와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출처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41029B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본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연구에서의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측정</w:t>
            </w:r>
            <w:r>
              <w:rPr>
                <w:color w:val="555555"/>
                <w:sz w:val="18"/>
                <w:lang w:eastAsia="ko-KR"/>
              </w:rPr>
              <w:t>·</w:t>
            </w:r>
            <w:r>
              <w:rPr>
                <w:color w:val="555555"/>
                <w:sz w:val="18"/>
                <w:lang w:eastAsia="ko-KR"/>
              </w:rPr>
              <w:t>적용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방식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659AF9AA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9945C4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용어</w:t>
            </w:r>
            <w:r>
              <w:rPr>
                <w:color w:val="555555"/>
                <w:sz w:val="18"/>
              </w:rPr>
              <w:t xml:space="preserve"> 4]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162B19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학문적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정의와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출처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3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802F15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본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연구에서의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측정</w:t>
            </w:r>
            <w:r>
              <w:rPr>
                <w:color w:val="555555"/>
                <w:sz w:val="18"/>
                <w:lang w:eastAsia="ko-KR"/>
              </w:rPr>
              <w:t>·</w:t>
            </w:r>
            <w:r>
              <w:rPr>
                <w:color w:val="555555"/>
                <w:sz w:val="18"/>
                <w:lang w:eastAsia="ko-KR"/>
              </w:rPr>
              <w:t>적용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방식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</w:tbl>
    <w:p w14:paraId="5C46643A" w14:textId="77777777" w:rsidR="00D465BD" w:rsidRDefault="00D465BD">
      <w:pPr>
        <w:rPr>
          <w:lang w:eastAsia="ko-KR"/>
        </w:rPr>
      </w:pPr>
    </w:p>
    <w:p w14:paraId="3048EC42" w14:textId="77777777" w:rsidR="00D465BD" w:rsidRDefault="00D465BD">
      <w:pPr>
        <w:rPr>
          <w:lang w:eastAsia="ko-KR"/>
        </w:rPr>
      </w:pPr>
    </w:p>
    <w:p w14:paraId="34CD6D59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0DDEA4D5" w14:textId="7AA8B24F" w:rsidR="00AE6994" w:rsidRDefault="00000000">
      <w:pPr>
        <w:pStyle w:val="1"/>
        <w:rPr>
          <w:lang w:eastAsia="ko-KR"/>
        </w:rPr>
      </w:pPr>
      <w:r>
        <w:rPr>
          <w:lang w:eastAsia="ko-KR"/>
        </w:rPr>
        <w:t xml:space="preserve">Ⅴ. </w:t>
      </w:r>
      <w:r>
        <w:rPr>
          <w:lang w:eastAsia="ko-KR"/>
        </w:rPr>
        <w:t>선행연구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</w:p>
    <w:p w14:paraId="31663388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국내외</w:t>
      </w:r>
      <w:r>
        <w:rPr>
          <w:lang w:eastAsia="ko-KR"/>
        </w:rPr>
        <w:t xml:space="preserve"> </w:t>
      </w:r>
      <w:r>
        <w:rPr>
          <w:lang w:eastAsia="ko-KR"/>
        </w:rPr>
        <w:t>선행연구를</w:t>
      </w:r>
      <w:r>
        <w:rPr>
          <w:lang w:eastAsia="ko-KR"/>
        </w:rPr>
        <w:t xml:space="preserve"> </w:t>
      </w:r>
      <w:r>
        <w:rPr>
          <w:lang w:eastAsia="ko-KR"/>
        </w:rPr>
        <w:t>주제별</w:t>
      </w:r>
      <w:r>
        <w:rPr>
          <w:lang w:eastAsia="ko-KR"/>
        </w:rPr>
        <w:t>·</w:t>
      </w:r>
      <w:r>
        <w:rPr>
          <w:lang w:eastAsia="ko-KR"/>
        </w:rPr>
        <w:t>방법별</w:t>
      </w:r>
      <w:r>
        <w:rPr>
          <w:lang w:eastAsia="ko-KR"/>
        </w:rPr>
        <w:t>·</w:t>
      </w:r>
      <w:r>
        <w:rPr>
          <w:lang w:eastAsia="ko-KR"/>
        </w:rPr>
        <w:t>시기별로</w:t>
      </w:r>
      <w:r>
        <w:rPr>
          <w:lang w:eastAsia="ko-KR"/>
        </w:rPr>
        <w:t xml:space="preserve"> </w:t>
      </w:r>
      <w:r>
        <w:rPr>
          <w:lang w:eastAsia="ko-KR"/>
        </w:rPr>
        <w:t>분류하여</w:t>
      </w:r>
      <w:r>
        <w:rPr>
          <w:lang w:eastAsia="ko-KR"/>
        </w:rPr>
        <w:t xml:space="preserve"> </w:t>
      </w:r>
      <w:r>
        <w:rPr>
          <w:lang w:eastAsia="ko-KR"/>
        </w:rPr>
        <w:t>비판적으로</w:t>
      </w:r>
      <w:r>
        <w:rPr>
          <w:lang w:eastAsia="ko-KR"/>
        </w:rPr>
        <w:t xml:space="preserve"> </w:t>
      </w:r>
      <w:r>
        <w:rPr>
          <w:lang w:eastAsia="ko-KR"/>
        </w:rPr>
        <w:t>종합하십시오</w:t>
      </w:r>
      <w:r>
        <w:rPr>
          <w:lang w:eastAsia="ko-KR"/>
        </w:rPr>
        <w:t xml:space="preserve">. </w:t>
      </w:r>
      <w:r>
        <w:rPr>
          <w:lang w:eastAsia="ko-KR"/>
        </w:rPr>
        <w:t>연구별</w:t>
      </w:r>
      <w:r>
        <w:rPr>
          <w:lang w:eastAsia="ko-KR"/>
        </w:rPr>
        <w:t xml:space="preserve"> </w:t>
      </w:r>
      <w:r>
        <w:rPr>
          <w:lang w:eastAsia="ko-KR"/>
        </w:rPr>
        <w:t>요약을</w:t>
      </w:r>
      <w:r>
        <w:rPr>
          <w:lang w:eastAsia="ko-KR"/>
        </w:rPr>
        <w:t xml:space="preserve"> </w:t>
      </w:r>
      <w:r>
        <w:rPr>
          <w:lang w:eastAsia="ko-KR"/>
        </w:rPr>
        <w:t>나열하기보다</w:t>
      </w:r>
      <w:r>
        <w:rPr>
          <w:lang w:eastAsia="ko-KR"/>
        </w:rPr>
        <w:t xml:space="preserve"> </w:t>
      </w:r>
      <w:r>
        <w:rPr>
          <w:lang w:eastAsia="ko-KR"/>
        </w:rPr>
        <w:t>공통점</w:t>
      </w:r>
      <w:r>
        <w:rPr>
          <w:lang w:eastAsia="ko-KR"/>
        </w:rPr>
        <w:t xml:space="preserve">, </w:t>
      </w:r>
      <w:r>
        <w:rPr>
          <w:lang w:eastAsia="ko-KR"/>
        </w:rPr>
        <w:t>차이점</w:t>
      </w:r>
      <w:r>
        <w:rPr>
          <w:lang w:eastAsia="ko-KR"/>
        </w:rPr>
        <w:t xml:space="preserve">, </w:t>
      </w:r>
      <w:r>
        <w:rPr>
          <w:lang w:eastAsia="ko-KR"/>
        </w:rPr>
        <w:t>한계와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공백을</w:t>
      </w:r>
      <w:r>
        <w:rPr>
          <w:lang w:eastAsia="ko-KR"/>
        </w:rPr>
        <w:t xml:space="preserve"> </w:t>
      </w:r>
      <w:r>
        <w:rPr>
          <w:lang w:eastAsia="ko-KR"/>
        </w:rPr>
        <w:t>밝히십시오</w:t>
      </w:r>
      <w:r>
        <w:rPr>
          <w:lang w:eastAsia="ko-KR"/>
        </w:rPr>
        <w:t>.</w:t>
      </w:r>
    </w:p>
    <w:p w14:paraId="38D3AC11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주제</w:t>
      </w:r>
      <w:r>
        <w:rPr>
          <w:lang w:eastAsia="ko-KR"/>
        </w:rPr>
        <w:t xml:space="preserve"> </w:t>
      </w:r>
      <w:r>
        <w:rPr>
          <w:lang w:eastAsia="ko-KR"/>
        </w:rPr>
        <w:t>영역</w:t>
      </w:r>
      <w:r>
        <w:rPr>
          <w:lang w:eastAsia="ko-KR"/>
        </w:rPr>
        <w:t xml:space="preserve"> 1: [</w:t>
      </w:r>
      <w:r>
        <w:rPr>
          <w:lang w:eastAsia="ko-KR"/>
        </w:rPr>
        <w:t>영역명</w:t>
      </w:r>
      <w:r>
        <w:rPr>
          <w:lang w:eastAsia="ko-KR"/>
        </w:rPr>
        <w:t>]</w:t>
      </w:r>
    </w:p>
    <w:p w14:paraId="2B7CE2D7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711723B3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2. </w:t>
      </w:r>
      <w:r>
        <w:rPr>
          <w:lang w:eastAsia="ko-KR"/>
        </w:rPr>
        <w:t>주제</w:t>
      </w:r>
      <w:r>
        <w:rPr>
          <w:lang w:eastAsia="ko-KR"/>
        </w:rPr>
        <w:t xml:space="preserve"> </w:t>
      </w:r>
      <w:r>
        <w:rPr>
          <w:lang w:eastAsia="ko-KR"/>
        </w:rPr>
        <w:t>영역</w:t>
      </w:r>
      <w:r>
        <w:rPr>
          <w:lang w:eastAsia="ko-KR"/>
        </w:rPr>
        <w:t xml:space="preserve"> 2: [</w:t>
      </w:r>
      <w:r>
        <w:rPr>
          <w:lang w:eastAsia="ko-KR"/>
        </w:rPr>
        <w:t>영역명</w:t>
      </w:r>
      <w:r>
        <w:rPr>
          <w:lang w:eastAsia="ko-KR"/>
        </w:rPr>
        <w:t>]</w:t>
      </w:r>
    </w:p>
    <w:p w14:paraId="44EE1786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67F48962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6D47EC4D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0C3CE65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FC182D0" w14:textId="7B413CBB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</w:p>
    <w:p w14:paraId="5DC437E8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3. </w:t>
      </w:r>
      <w:r>
        <w:rPr>
          <w:lang w:eastAsia="ko-KR"/>
        </w:rPr>
        <w:t>주제</w:t>
      </w:r>
      <w:r>
        <w:rPr>
          <w:lang w:eastAsia="ko-KR"/>
        </w:rPr>
        <w:t xml:space="preserve"> </w:t>
      </w:r>
      <w:r>
        <w:rPr>
          <w:lang w:eastAsia="ko-KR"/>
        </w:rPr>
        <w:t>영역</w:t>
      </w:r>
      <w:r>
        <w:rPr>
          <w:lang w:eastAsia="ko-KR"/>
        </w:rPr>
        <w:t xml:space="preserve"> 3: [</w:t>
      </w:r>
      <w:r>
        <w:rPr>
          <w:lang w:eastAsia="ko-KR"/>
        </w:rPr>
        <w:t>영역명</w:t>
      </w:r>
      <w:r>
        <w:rPr>
          <w:lang w:eastAsia="ko-KR"/>
        </w:rPr>
        <w:t>]</w:t>
      </w:r>
    </w:p>
    <w:p w14:paraId="7F1792B0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6F813219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267D22E4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4BA1B106" w14:textId="4A6BD953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151102AE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4. </w:t>
      </w:r>
      <w:r>
        <w:rPr>
          <w:lang w:eastAsia="ko-KR"/>
        </w:rPr>
        <w:t>선행연구의</w:t>
      </w:r>
      <w:r>
        <w:rPr>
          <w:lang w:eastAsia="ko-KR"/>
        </w:rPr>
        <w:t xml:space="preserve"> </w:t>
      </w:r>
      <w:r>
        <w:rPr>
          <w:lang w:eastAsia="ko-KR"/>
        </w:rPr>
        <w:t>한계와</w:t>
      </w:r>
      <w:r>
        <w:rPr>
          <w:lang w:eastAsia="ko-KR"/>
        </w:rPr>
        <w:t xml:space="preserve">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차별성</w:t>
      </w:r>
    </w:p>
    <w:p w14:paraId="69C2EA9E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6B5E8D40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9695708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21A0F9C0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48A09C56" w14:textId="793C8400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016F152F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3B702A0E" w14:textId="77777777" w:rsidR="00D465BD" w:rsidRDefault="00D465BD" w:rsidP="00D465BD">
      <w:pPr>
        <w:rPr>
          <w:lang w:eastAsia="ko-KR"/>
        </w:rPr>
      </w:pPr>
    </w:p>
    <w:p w14:paraId="78CB0C30" w14:textId="77777777" w:rsidR="00D465BD" w:rsidRDefault="00D465BD" w:rsidP="00D465BD">
      <w:pPr>
        <w:rPr>
          <w:lang w:eastAsia="ko-KR"/>
        </w:rPr>
      </w:pPr>
    </w:p>
    <w:p w14:paraId="225D51AC" w14:textId="77777777" w:rsidR="00D465BD" w:rsidRDefault="00D465BD" w:rsidP="00D465BD">
      <w:pPr>
        <w:rPr>
          <w:lang w:eastAsia="ko-KR"/>
        </w:rPr>
      </w:pPr>
    </w:p>
    <w:p w14:paraId="7F41455E" w14:textId="77777777" w:rsidR="00D465BD" w:rsidRDefault="00D465BD" w:rsidP="00D465BD">
      <w:pPr>
        <w:rPr>
          <w:lang w:eastAsia="ko-KR"/>
        </w:rPr>
      </w:pPr>
    </w:p>
    <w:p w14:paraId="104E2376" w14:textId="77777777" w:rsidR="00D465BD" w:rsidRDefault="00D465BD" w:rsidP="00D465BD">
      <w:pPr>
        <w:rPr>
          <w:lang w:eastAsia="ko-KR"/>
        </w:rPr>
      </w:pPr>
    </w:p>
    <w:p w14:paraId="1158FCB9" w14:textId="77777777" w:rsidR="00D465BD" w:rsidRDefault="00D465BD" w:rsidP="00D465BD">
      <w:pPr>
        <w:rPr>
          <w:lang w:eastAsia="ko-KR"/>
        </w:rPr>
      </w:pPr>
    </w:p>
    <w:p w14:paraId="4DFEC0CA" w14:textId="77777777" w:rsidR="00D465BD" w:rsidRDefault="00D465BD" w:rsidP="00D465BD">
      <w:pPr>
        <w:rPr>
          <w:lang w:eastAsia="ko-KR"/>
        </w:rPr>
      </w:pPr>
    </w:p>
    <w:p w14:paraId="41AA28B7" w14:textId="1D8C5E47" w:rsidR="00AE6994" w:rsidRDefault="00000000">
      <w:pPr>
        <w:pStyle w:val="1"/>
        <w:rPr>
          <w:lang w:eastAsia="ko-KR"/>
        </w:rPr>
      </w:pPr>
      <w:r>
        <w:rPr>
          <w:lang w:eastAsia="ko-KR"/>
        </w:rPr>
        <w:t xml:space="preserve">Ⅵ. </w:t>
      </w:r>
      <w:r>
        <w:rPr>
          <w:lang w:eastAsia="ko-KR"/>
        </w:rPr>
        <w:t>이론적</w:t>
      </w:r>
      <w:r>
        <w:rPr>
          <w:lang w:eastAsia="ko-KR"/>
        </w:rPr>
        <w:t>·</w:t>
      </w:r>
      <w:r>
        <w:rPr>
          <w:lang w:eastAsia="ko-KR"/>
        </w:rPr>
        <w:t>신학적</w:t>
      </w:r>
      <w:r>
        <w:rPr>
          <w:lang w:eastAsia="ko-KR"/>
        </w:rPr>
        <w:t xml:space="preserve"> </w:t>
      </w:r>
      <w:r>
        <w:rPr>
          <w:lang w:eastAsia="ko-KR"/>
        </w:rPr>
        <w:t>틀</w:t>
      </w:r>
    </w:p>
    <w:p w14:paraId="37E8D9DC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연구를</w:t>
      </w:r>
      <w:r>
        <w:rPr>
          <w:lang w:eastAsia="ko-KR"/>
        </w:rPr>
        <w:t xml:space="preserve"> </w:t>
      </w:r>
      <w:r>
        <w:rPr>
          <w:lang w:eastAsia="ko-KR"/>
        </w:rPr>
        <w:t>해석하고</w:t>
      </w:r>
      <w:r>
        <w:rPr>
          <w:lang w:eastAsia="ko-KR"/>
        </w:rPr>
        <w:t xml:space="preserve"> </w:t>
      </w:r>
      <w:r>
        <w:rPr>
          <w:lang w:eastAsia="ko-KR"/>
        </w:rPr>
        <w:t>분석할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이론</w:t>
      </w:r>
      <w:r>
        <w:rPr>
          <w:lang w:eastAsia="ko-KR"/>
        </w:rPr>
        <w:t xml:space="preserve">, </w:t>
      </w:r>
      <w:r>
        <w:rPr>
          <w:lang w:eastAsia="ko-KR"/>
        </w:rPr>
        <w:t>성경적</w:t>
      </w:r>
      <w:r>
        <w:rPr>
          <w:lang w:eastAsia="ko-KR"/>
        </w:rPr>
        <w:t xml:space="preserve"> </w:t>
      </w:r>
      <w:r>
        <w:rPr>
          <w:lang w:eastAsia="ko-KR"/>
        </w:rPr>
        <w:t>토대</w:t>
      </w:r>
      <w:r>
        <w:rPr>
          <w:lang w:eastAsia="ko-KR"/>
        </w:rPr>
        <w:t xml:space="preserve">, </w:t>
      </w:r>
      <w:r>
        <w:rPr>
          <w:lang w:eastAsia="ko-KR"/>
        </w:rPr>
        <w:t>신학적</w:t>
      </w:r>
      <w:r>
        <w:rPr>
          <w:lang w:eastAsia="ko-KR"/>
        </w:rPr>
        <w:t xml:space="preserve"> </w:t>
      </w:r>
      <w:r>
        <w:rPr>
          <w:lang w:eastAsia="ko-KR"/>
        </w:rPr>
        <w:t>관점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개념</w:t>
      </w:r>
      <w:r>
        <w:rPr>
          <w:lang w:eastAsia="ko-KR"/>
        </w:rPr>
        <w:t xml:space="preserve"> </w:t>
      </w:r>
      <w:r>
        <w:rPr>
          <w:lang w:eastAsia="ko-KR"/>
        </w:rPr>
        <w:t>모형을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 xml:space="preserve">. </w:t>
      </w:r>
      <w:r>
        <w:rPr>
          <w:lang w:eastAsia="ko-KR"/>
        </w:rPr>
        <w:t>각</w:t>
      </w:r>
      <w:r>
        <w:rPr>
          <w:lang w:eastAsia="ko-KR"/>
        </w:rPr>
        <w:t xml:space="preserve"> </w:t>
      </w:r>
      <w:r>
        <w:rPr>
          <w:lang w:eastAsia="ko-KR"/>
        </w:rPr>
        <w:t>요소가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질문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분석과</w:t>
      </w:r>
      <w:r>
        <w:rPr>
          <w:lang w:eastAsia="ko-KR"/>
        </w:rPr>
        <w:t xml:space="preserve"> </w:t>
      </w:r>
      <w:r>
        <w:rPr>
          <w:lang w:eastAsia="ko-KR"/>
        </w:rPr>
        <w:t>어떻게</w:t>
      </w:r>
      <w:r>
        <w:rPr>
          <w:lang w:eastAsia="ko-KR"/>
        </w:rPr>
        <w:t xml:space="preserve"> </w:t>
      </w:r>
      <w:r>
        <w:rPr>
          <w:lang w:eastAsia="ko-KR"/>
        </w:rPr>
        <w:t>연결되는지</w:t>
      </w:r>
      <w:r>
        <w:rPr>
          <w:lang w:eastAsia="ko-KR"/>
        </w:rPr>
        <w:t xml:space="preserve"> </w:t>
      </w:r>
      <w:r>
        <w:rPr>
          <w:lang w:eastAsia="ko-KR"/>
        </w:rPr>
        <w:t>설명하십시오</w:t>
      </w:r>
      <w:r>
        <w:rPr>
          <w:lang w:eastAsia="ko-KR"/>
        </w:rPr>
        <w:t>.</w:t>
      </w:r>
    </w:p>
    <w:p w14:paraId="7AFA9D8B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1. </w:t>
      </w:r>
      <w:r>
        <w:rPr>
          <w:lang w:eastAsia="ko-KR"/>
        </w:rPr>
        <w:t>이론적</w:t>
      </w:r>
      <w:r>
        <w:rPr>
          <w:lang w:eastAsia="ko-KR"/>
        </w:rPr>
        <w:t xml:space="preserve"> </w:t>
      </w:r>
      <w:r>
        <w:rPr>
          <w:lang w:eastAsia="ko-KR"/>
        </w:rPr>
        <w:t>틀</w:t>
      </w:r>
    </w:p>
    <w:p w14:paraId="7B7AC86A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30679281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성경적</w:t>
      </w:r>
      <w:r>
        <w:rPr>
          <w:lang w:eastAsia="ko-KR"/>
        </w:rPr>
        <w:t>·</w:t>
      </w:r>
      <w:r>
        <w:rPr>
          <w:lang w:eastAsia="ko-KR"/>
        </w:rPr>
        <w:t>신학적</w:t>
      </w:r>
      <w:r>
        <w:rPr>
          <w:lang w:eastAsia="ko-KR"/>
        </w:rPr>
        <w:t xml:space="preserve"> </w:t>
      </w:r>
      <w:r>
        <w:rPr>
          <w:lang w:eastAsia="ko-KR"/>
        </w:rPr>
        <w:t>토대</w:t>
      </w:r>
      <w:r>
        <w:rPr>
          <w:lang w:eastAsia="ko-KR"/>
        </w:rPr>
        <w:t>(</w:t>
      </w:r>
      <w:r>
        <w:rPr>
          <w:lang w:eastAsia="ko-KR"/>
        </w:rPr>
        <w:t>해당하는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>)</w:t>
      </w:r>
    </w:p>
    <w:p w14:paraId="106C2C6B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20F0B846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개념적</w:t>
      </w:r>
      <w:r>
        <w:rPr>
          <w:lang w:eastAsia="ko-KR"/>
        </w:rPr>
        <w:t xml:space="preserve"> </w:t>
      </w:r>
      <w:r>
        <w:rPr>
          <w:lang w:eastAsia="ko-KR"/>
        </w:rPr>
        <w:t>연구모형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틀</w:t>
      </w:r>
    </w:p>
    <w:p w14:paraId="4992AA63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모형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틀을</w:t>
      </w:r>
      <w:r>
        <w:rPr>
          <w:lang w:eastAsia="ko-KR"/>
        </w:rPr>
        <w:t xml:space="preserve"> </w:t>
      </w:r>
      <w:r>
        <w:rPr>
          <w:lang w:eastAsia="ko-KR"/>
        </w:rPr>
        <w:t>삽입하고</w:t>
      </w:r>
      <w:r>
        <w:rPr>
          <w:lang w:eastAsia="ko-KR"/>
        </w:rPr>
        <w:t xml:space="preserve"> </w:t>
      </w:r>
      <w:r>
        <w:rPr>
          <w:lang w:eastAsia="ko-KR"/>
        </w:rPr>
        <w:t>설명하십시오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74983E14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026D85E6" w14:textId="77777777" w:rsidR="00D465BD" w:rsidRDefault="00D465BD">
      <w:pPr>
        <w:pStyle w:val="aff2"/>
        <w:keepLines/>
        <w:shd w:val="clear" w:color="auto" w:fill="F2F2F2"/>
        <w:rPr>
          <w:rFonts w:hint="eastAsia"/>
          <w:lang w:eastAsia="ko-KR"/>
        </w:rPr>
      </w:pPr>
    </w:p>
    <w:p w14:paraId="4DDA2022" w14:textId="13D0BA95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</w:p>
    <w:p w14:paraId="6255C5CC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6260847B" w14:textId="77777777" w:rsidR="00D465BD" w:rsidRDefault="00D465BD" w:rsidP="00D465BD">
      <w:pPr>
        <w:rPr>
          <w:lang w:eastAsia="ko-KR"/>
        </w:rPr>
      </w:pPr>
    </w:p>
    <w:p w14:paraId="190188F8" w14:textId="77777777" w:rsidR="00D465BD" w:rsidRDefault="00D465BD" w:rsidP="00D465BD">
      <w:pPr>
        <w:rPr>
          <w:lang w:eastAsia="ko-KR"/>
        </w:rPr>
      </w:pPr>
    </w:p>
    <w:p w14:paraId="22305B1B" w14:textId="77777777" w:rsidR="00D465BD" w:rsidRPr="00D465BD" w:rsidRDefault="00D465BD" w:rsidP="00D465BD">
      <w:pPr>
        <w:rPr>
          <w:rFonts w:hint="eastAsia"/>
          <w:lang w:eastAsia="ko-KR"/>
        </w:rPr>
      </w:pPr>
    </w:p>
    <w:p w14:paraId="07B1D735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5E29071E" w14:textId="77777777" w:rsidR="00D465BD" w:rsidRPr="00D465BD" w:rsidRDefault="00D465BD" w:rsidP="00D465BD">
      <w:pPr>
        <w:rPr>
          <w:rFonts w:hint="eastAsia"/>
          <w:lang w:eastAsia="ko-KR"/>
        </w:rPr>
      </w:pPr>
    </w:p>
    <w:p w14:paraId="5A7D1056" w14:textId="77777777" w:rsidR="0072312C" w:rsidRDefault="0072312C">
      <w:pPr>
        <w:pStyle w:val="1"/>
        <w:rPr>
          <w:rFonts w:eastAsia="맑은 고딕"/>
          <w:lang w:eastAsia="ko-KR"/>
        </w:rPr>
      </w:pPr>
    </w:p>
    <w:p w14:paraId="24F50D23" w14:textId="6146216C" w:rsidR="00AE6994" w:rsidRDefault="00000000">
      <w:pPr>
        <w:pStyle w:val="1"/>
        <w:rPr>
          <w:lang w:eastAsia="ko-KR"/>
        </w:rPr>
      </w:pPr>
      <w:r>
        <w:rPr>
          <w:lang w:eastAsia="ko-KR"/>
        </w:rPr>
        <w:t xml:space="preserve">Ⅶ.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방법</w:t>
      </w:r>
    </w:p>
    <w:p w14:paraId="6805C6FD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설계</w:t>
      </w:r>
    </w:p>
    <w:p w14:paraId="40AFB87E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문헌연구</w:t>
      </w:r>
      <w:r>
        <w:rPr>
          <w:lang w:eastAsia="ko-KR"/>
        </w:rPr>
        <w:t xml:space="preserve">, </w:t>
      </w:r>
      <w:r>
        <w:rPr>
          <w:lang w:eastAsia="ko-KR"/>
        </w:rPr>
        <w:t>질적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, </w:t>
      </w:r>
      <w:r>
        <w:rPr>
          <w:lang w:eastAsia="ko-KR"/>
        </w:rPr>
        <w:t>양적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, </w:t>
      </w:r>
      <w:r>
        <w:rPr>
          <w:lang w:eastAsia="ko-KR"/>
        </w:rPr>
        <w:t>혼합연구</w:t>
      </w:r>
      <w:r>
        <w:rPr>
          <w:lang w:eastAsia="ko-KR"/>
        </w:rPr>
        <w:t xml:space="preserve">, </w:t>
      </w:r>
      <w:r>
        <w:rPr>
          <w:lang w:eastAsia="ko-KR"/>
        </w:rPr>
        <w:t>사례연구</w:t>
      </w:r>
      <w:r>
        <w:rPr>
          <w:lang w:eastAsia="ko-KR"/>
        </w:rPr>
        <w:t xml:space="preserve">, </w:t>
      </w:r>
      <w:r>
        <w:rPr>
          <w:lang w:eastAsia="ko-KR"/>
        </w:rPr>
        <w:t>실행연구</w:t>
      </w:r>
      <w:r>
        <w:rPr>
          <w:lang w:eastAsia="ko-KR"/>
        </w:rPr>
        <w:t xml:space="preserve">, </w:t>
      </w:r>
      <w:r>
        <w:rPr>
          <w:lang w:eastAsia="ko-KR"/>
        </w:rPr>
        <w:t>프로그램</w:t>
      </w:r>
      <w:r>
        <w:rPr>
          <w:lang w:eastAsia="ko-KR"/>
        </w:rPr>
        <w:t xml:space="preserve"> </w:t>
      </w:r>
      <w:r>
        <w:rPr>
          <w:lang w:eastAsia="ko-KR"/>
        </w:rPr>
        <w:t>개발연구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설계</w:t>
      </w:r>
      <w:r>
        <w:rPr>
          <w:lang w:eastAsia="ko-KR"/>
        </w:rPr>
        <w:t xml:space="preserve"> </w:t>
      </w:r>
      <w:r>
        <w:rPr>
          <w:lang w:eastAsia="ko-KR"/>
        </w:rPr>
        <w:t>유형과</w:t>
      </w:r>
      <w:r>
        <w:rPr>
          <w:lang w:eastAsia="ko-KR"/>
        </w:rPr>
        <w:t xml:space="preserve"> </w:t>
      </w:r>
      <w:r>
        <w:rPr>
          <w:lang w:eastAsia="ko-KR"/>
        </w:rPr>
        <w:t>선택</w:t>
      </w:r>
      <w:r>
        <w:rPr>
          <w:lang w:eastAsia="ko-KR"/>
        </w:rPr>
        <w:t xml:space="preserve"> </w:t>
      </w:r>
      <w:r>
        <w:rPr>
          <w:lang w:eastAsia="ko-KR"/>
        </w:rPr>
        <w:t>이유를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>.</w:t>
      </w:r>
    </w:p>
    <w:p w14:paraId="304598C9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790316C8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표집</w:t>
      </w:r>
    </w:p>
    <w:p w14:paraId="068DE69A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 xml:space="preserve">, </w:t>
      </w:r>
      <w:r>
        <w:rPr>
          <w:lang w:eastAsia="ko-KR"/>
        </w:rPr>
        <w:t>모집단</w:t>
      </w:r>
      <w:r>
        <w:rPr>
          <w:lang w:eastAsia="ko-KR"/>
        </w:rPr>
        <w:t xml:space="preserve">, </w:t>
      </w:r>
      <w:r>
        <w:rPr>
          <w:lang w:eastAsia="ko-KR"/>
        </w:rPr>
        <w:t>표본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, </w:t>
      </w:r>
      <w:r>
        <w:rPr>
          <w:lang w:eastAsia="ko-KR"/>
        </w:rPr>
        <w:t>선정</w:t>
      </w:r>
      <w:r>
        <w:rPr>
          <w:lang w:eastAsia="ko-KR"/>
        </w:rPr>
        <w:t>·</w:t>
      </w:r>
      <w:r>
        <w:rPr>
          <w:lang w:eastAsia="ko-KR"/>
        </w:rPr>
        <w:t>제외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  <w:r>
        <w:rPr>
          <w:lang w:eastAsia="ko-KR"/>
        </w:rPr>
        <w:t xml:space="preserve">, </w:t>
      </w:r>
      <w:r>
        <w:rPr>
          <w:lang w:eastAsia="ko-KR"/>
        </w:rPr>
        <w:t>표집</w:t>
      </w:r>
      <w:r>
        <w:rPr>
          <w:lang w:eastAsia="ko-KR"/>
        </w:rPr>
        <w:t xml:space="preserve"> </w:t>
      </w:r>
      <w:r>
        <w:rPr>
          <w:lang w:eastAsia="ko-KR"/>
        </w:rPr>
        <w:t>방법과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현장을</w:t>
      </w:r>
      <w:r>
        <w:rPr>
          <w:lang w:eastAsia="ko-KR"/>
        </w:rPr>
        <w:t xml:space="preserve"> </w:t>
      </w:r>
      <w:r>
        <w:rPr>
          <w:lang w:eastAsia="ko-KR"/>
        </w:rPr>
        <w:t>기술하십시오</w:t>
      </w:r>
      <w:r>
        <w:rPr>
          <w:lang w:eastAsia="ko-KR"/>
        </w:rPr>
        <w:t xml:space="preserve">. </w:t>
      </w:r>
      <w:r>
        <w:rPr>
          <w:lang w:eastAsia="ko-KR"/>
        </w:rPr>
        <w:t>문헌연구는</w:t>
      </w:r>
      <w:r>
        <w:rPr>
          <w:lang w:eastAsia="ko-KR"/>
        </w:rPr>
        <w:t xml:space="preserve"> </w:t>
      </w:r>
      <w:r>
        <w:rPr>
          <w:lang w:eastAsia="ko-KR"/>
        </w:rPr>
        <w:t>자료</w:t>
      </w:r>
      <w:r>
        <w:rPr>
          <w:lang w:eastAsia="ko-KR"/>
        </w:rPr>
        <w:t xml:space="preserve"> </w:t>
      </w:r>
      <w:r>
        <w:rPr>
          <w:lang w:eastAsia="ko-KR"/>
        </w:rPr>
        <w:t>선정</w:t>
      </w:r>
      <w:r>
        <w:rPr>
          <w:lang w:eastAsia="ko-KR"/>
        </w:rPr>
        <w:t xml:space="preserve"> </w:t>
      </w:r>
      <w:r>
        <w:rPr>
          <w:lang w:eastAsia="ko-KR"/>
        </w:rPr>
        <w:t>기준을</w:t>
      </w:r>
      <w:r>
        <w:rPr>
          <w:lang w:eastAsia="ko-KR"/>
        </w:rPr>
        <w:t xml:space="preserve"> </w:t>
      </w:r>
      <w:r>
        <w:rPr>
          <w:lang w:eastAsia="ko-KR"/>
        </w:rPr>
        <w:t>작성합니다</w:t>
      </w:r>
      <w:r>
        <w:rPr>
          <w:lang w:eastAsia="ko-KR"/>
        </w:rPr>
        <w:t>.</w:t>
      </w:r>
    </w:p>
    <w:p w14:paraId="0CD463D0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4B05C913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자료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 </w:t>
      </w:r>
      <w:r>
        <w:rPr>
          <w:lang w:eastAsia="ko-KR"/>
        </w:rPr>
        <w:t>도구</w:t>
      </w:r>
    </w:p>
    <w:p w14:paraId="37FFC5AE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설문지</w:t>
      </w:r>
      <w:r>
        <w:rPr>
          <w:lang w:eastAsia="ko-KR"/>
        </w:rPr>
        <w:t xml:space="preserve">, </w:t>
      </w:r>
      <w:r>
        <w:rPr>
          <w:lang w:eastAsia="ko-KR"/>
        </w:rPr>
        <w:t>면담</w:t>
      </w:r>
      <w:r>
        <w:rPr>
          <w:lang w:eastAsia="ko-KR"/>
        </w:rPr>
        <w:t xml:space="preserve"> </w:t>
      </w:r>
      <w:r>
        <w:rPr>
          <w:lang w:eastAsia="ko-KR"/>
        </w:rPr>
        <w:t>질문</w:t>
      </w:r>
      <w:r>
        <w:rPr>
          <w:lang w:eastAsia="ko-KR"/>
        </w:rPr>
        <w:t xml:space="preserve">, </w:t>
      </w:r>
      <w:r>
        <w:rPr>
          <w:lang w:eastAsia="ko-KR"/>
        </w:rPr>
        <w:t>관찰</w:t>
      </w:r>
      <w:r>
        <w:rPr>
          <w:lang w:eastAsia="ko-KR"/>
        </w:rPr>
        <w:t xml:space="preserve"> </w:t>
      </w:r>
      <w:r>
        <w:rPr>
          <w:lang w:eastAsia="ko-KR"/>
        </w:rPr>
        <w:t>기록</w:t>
      </w:r>
      <w:r>
        <w:rPr>
          <w:lang w:eastAsia="ko-KR"/>
        </w:rPr>
        <w:t xml:space="preserve">, </w:t>
      </w:r>
      <w:r>
        <w:rPr>
          <w:lang w:eastAsia="ko-KR"/>
        </w:rPr>
        <w:t>문헌</w:t>
      </w:r>
      <w:r>
        <w:rPr>
          <w:lang w:eastAsia="ko-KR"/>
        </w:rPr>
        <w:t xml:space="preserve">, </w:t>
      </w:r>
      <w:r>
        <w:rPr>
          <w:lang w:eastAsia="ko-KR"/>
        </w:rPr>
        <w:t>측정도구</w:t>
      </w:r>
      <w:r>
        <w:rPr>
          <w:lang w:eastAsia="ko-KR"/>
        </w:rPr>
        <w:t xml:space="preserve"> </w:t>
      </w:r>
      <w:r>
        <w:rPr>
          <w:lang w:eastAsia="ko-KR"/>
        </w:rPr>
        <w:t>등을</w:t>
      </w:r>
      <w:r>
        <w:rPr>
          <w:lang w:eastAsia="ko-KR"/>
        </w:rPr>
        <w:t xml:space="preserve"> </w:t>
      </w:r>
      <w:r>
        <w:rPr>
          <w:lang w:eastAsia="ko-KR"/>
        </w:rPr>
        <w:t>설명하고</w:t>
      </w:r>
      <w:r>
        <w:rPr>
          <w:lang w:eastAsia="ko-KR"/>
        </w:rPr>
        <w:t xml:space="preserve"> </w:t>
      </w:r>
      <w:r>
        <w:rPr>
          <w:lang w:eastAsia="ko-KR"/>
        </w:rPr>
        <w:t>신뢰도</w:t>
      </w:r>
      <w:r>
        <w:rPr>
          <w:lang w:eastAsia="ko-KR"/>
        </w:rPr>
        <w:t>·</w:t>
      </w:r>
      <w:r>
        <w:rPr>
          <w:lang w:eastAsia="ko-KR"/>
        </w:rPr>
        <w:t>타당도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자료의</w:t>
      </w:r>
      <w:r>
        <w:rPr>
          <w:lang w:eastAsia="ko-KR"/>
        </w:rPr>
        <w:t xml:space="preserve"> </w:t>
      </w:r>
      <w:r>
        <w:rPr>
          <w:lang w:eastAsia="ko-KR"/>
        </w:rPr>
        <w:t>적절성을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>.</w:t>
      </w:r>
    </w:p>
    <w:p w14:paraId="798DA5CA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01580A51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6A4F6DA3" w14:textId="4A1E2401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042E06B9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4.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절차</w:t>
      </w:r>
    </w:p>
    <w:p w14:paraId="74C48806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준비</w:t>
      </w:r>
      <w:r>
        <w:rPr>
          <w:lang w:eastAsia="ko-KR"/>
        </w:rPr>
        <w:t xml:space="preserve">, </w:t>
      </w:r>
      <w:r>
        <w:rPr>
          <w:lang w:eastAsia="ko-KR"/>
        </w:rPr>
        <w:t>승인</w:t>
      </w:r>
      <w:r>
        <w:rPr>
          <w:lang w:eastAsia="ko-KR"/>
        </w:rPr>
        <w:t xml:space="preserve">, </w:t>
      </w:r>
      <w:r>
        <w:rPr>
          <w:lang w:eastAsia="ko-KR"/>
        </w:rPr>
        <w:t>모집</w:t>
      </w:r>
      <w:r>
        <w:rPr>
          <w:lang w:eastAsia="ko-KR"/>
        </w:rPr>
        <w:t xml:space="preserve">, </w:t>
      </w:r>
      <w:r>
        <w:rPr>
          <w:lang w:eastAsia="ko-KR"/>
        </w:rPr>
        <w:t>자료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, </w:t>
      </w:r>
      <w:r>
        <w:rPr>
          <w:lang w:eastAsia="ko-KR"/>
        </w:rPr>
        <w:t>분석</w:t>
      </w:r>
      <w:r>
        <w:rPr>
          <w:lang w:eastAsia="ko-KR"/>
        </w:rPr>
        <w:t xml:space="preserve">, </w:t>
      </w:r>
      <w:r>
        <w:rPr>
          <w:lang w:eastAsia="ko-KR"/>
        </w:rPr>
        <w:t>해석과</w:t>
      </w:r>
      <w:r>
        <w:rPr>
          <w:lang w:eastAsia="ko-KR"/>
        </w:rPr>
        <w:t xml:space="preserve"> </w:t>
      </w:r>
      <w:r>
        <w:rPr>
          <w:lang w:eastAsia="ko-KR"/>
        </w:rPr>
        <w:t>보고의</w:t>
      </w:r>
      <w:r>
        <w:rPr>
          <w:lang w:eastAsia="ko-KR"/>
        </w:rPr>
        <w:t xml:space="preserve"> </w:t>
      </w:r>
      <w:r>
        <w:rPr>
          <w:lang w:eastAsia="ko-KR"/>
        </w:rPr>
        <w:t>순서를</w:t>
      </w:r>
      <w:r>
        <w:rPr>
          <w:lang w:eastAsia="ko-KR"/>
        </w:rPr>
        <w:t xml:space="preserve"> </w:t>
      </w:r>
      <w:r>
        <w:rPr>
          <w:lang w:eastAsia="ko-KR"/>
        </w:rPr>
        <w:t>구체적으로</w:t>
      </w:r>
      <w:r>
        <w:rPr>
          <w:lang w:eastAsia="ko-KR"/>
        </w:rPr>
        <w:t xml:space="preserve"> </w:t>
      </w:r>
      <w:r>
        <w:rPr>
          <w:lang w:eastAsia="ko-KR"/>
        </w:rPr>
        <w:t>작성하십시오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00"/>
        <w:gridCol w:w="4300"/>
        <w:gridCol w:w="2360"/>
      </w:tblGrid>
      <w:tr w:rsidR="00AE6994" w14:paraId="2047EF95" w14:textId="77777777">
        <w:trPr>
          <w:tblHeader/>
          <w:jc w:val="center"/>
        </w:trPr>
        <w:tc>
          <w:tcPr>
            <w:tcW w:w="12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A33D73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단계</w:t>
            </w:r>
          </w:p>
        </w:tc>
        <w:tc>
          <w:tcPr>
            <w:tcW w:w="43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793494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주요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절차</w:t>
            </w:r>
          </w:p>
        </w:tc>
        <w:tc>
          <w:tcPr>
            <w:tcW w:w="236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E2D667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산출물</w:t>
            </w:r>
          </w:p>
        </w:tc>
      </w:tr>
      <w:tr w:rsidR="00AE6994" w14:paraId="00C4080F" w14:textId="77777777">
        <w:trPr>
          <w:jc w:val="center"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BEE985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단계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11443E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준비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및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문헌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검토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73EFD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연구계획</w:t>
            </w:r>
            <w:r>
              <w:rPr>
                <w:color w:val="555555"/>
                <w:sz w:val="18"/>
              </w:rPr>
              <w:t>·</w:t>
            </w:r>
            <w:r>
              <w:rPr>
                <w:color w:val="555555"/>
                <w:sz w:val="18"/>
              </w:rPr>
              <w:t>도구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6DFE067F" w14:textId="77777777">
        <w:trPr>
          <w:jc w:val="center"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75E6D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2</w:t>
            </w:r>
            <w:r>
              <w:rPr>
                <w:sz w:val="18"/>
              </w:rPr>
              <w:t>단계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259334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승인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및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참여자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모집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8D3A30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동의서</w:t>
            </w:r>
            <w:r>
              <w:rPr>
                <w:color w:val="555555"/>
                <w:sz w:val="18"/>
              </w:rPr>
              <w:t>·</w:t>
            </w:r>
            <w:r>
              <w:rPr>
                <w:color w:val="555555"/>
                <w:sz w:val="18"/>
              </w:rPr>
              <w:t>대상자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1C7EDA46" w14:textId="77777777">
        <w:trPr>
          <w:jc w:val="center"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4C25C8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3</w:t>
            </w:r>
            <w:r>
              <w:rPr>
                <w:sz w:val="18"/>
              </w:rPr>
              <w:t>단계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523603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자료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수집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또는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프로그램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적용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  <w:tc>
          <w:tcPr>
            <w:tcW w:w="2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EEC817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원자료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5216B3D8" w14:textId="77777777">
        <w:trPr>
          <w:jc w:val="center"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886095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단계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EE13F7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자료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분석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및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해석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80AA6C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분석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결과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7DBFF1F8" w14:textId="77777777">
        <w:trPr>
          <w:jc w:val="center"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FE51AA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5</w:t>
            </w:r>
            <w:r>
              <w:rPr>
                <w:sz w:val="18"/>
              </w:rPr>
              <w:t>단계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8FCBAF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논문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작성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및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검토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85EC1E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최종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논문</w:t>
            </w:r>
            <w:r>
              <w:rPr>
                <w:color w:val="555555"/>
                <w:sz w:val="18"/>
              </w:rPr>
              <w:t>]</w:t>
            </w:r>
          </w:p>
        </w:tc>
      </w:tr>
    </w:tbl>
    <w:p w14:paraId="47B2A457" w14:textId="77777777" w:rsidR="00AE6994" w:rsidRDefault="00AE6994"/>
    <w:p w14:paraId="2B577127" w14:textId="77777777" w:rsidR="00AE6994" w:rsidRDefault="00000000">
      <w:pPr>
        <w:pStyle w:val="21"/>
      </w:pPr>
      <w:r>
        <w:lastRenderedPageBreak/>
        <w:t xml:space="preserve">5. </w:t>
      </w:r>
      <w:r>
        <w:t>자료</w:t>
      </w:r>
      <w:r>
        <w:t xml:space="preserve"> </w:t>
      </w:r>
      <w:r>
        <w:t>분석</w:t>
      </w:r>
      <w:r>
        <w:t xml:space="preserve"> </w:t>
      </w:r>
      <w:r>
        <w:t>방법</w:t>
      </w:r>
    </w:p>
    <w:p w14:paraId="549CACF3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질적</w:t>
      </w:r>
      <w:r>
        <w:rPr>
          <w:lang w:eastAsia="ko-KR"/>
        </w:rPr>
        <w:t xml:space="preserve"> </w:t>
      </w:r>
      <w:r>
        <w:rPr>
          <w:lang w:eastAsia="ko-KR"/>
        </w:rPr>
        <w:t>코딩과</w:t>
      </w:r>
      <w:r>
        <w:rPr>
          <w:lang w:eastAsia="ko-KR"/>
        </w:rPr>
        <w:t xml:space="preserve"> </w:t>
      </w:r>
      <w:r>
        <w:rPr>
          <w:lang w:eastAsia="ko-KR"/>
        </w:rPr>
        <w:t>주제분석</w:t>
      </w:r>
      <w:r>
        <w:rPr>
          <w:lang w:eastAsia="ko-KR"/>
        </w:rPr>
        <w:t xml:space="preserve">, </w:t>
      </w:r>
      <w:r>
        <w:rPr>
          <w:lang w:eastAsia="ko-KR"/>
        </w:rPr>
        <w:t>통계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, </w:t>
      </w:r>
      <w:r>
        <w:rPr>
          <w:lang w:eastAsia="ko-KR"/>
        </w:rPr>
        <w:t>신학적</w:t>
      </w:r>
      <w:r>
        <w:rPr>
          <w:lang w:eastAsia="ko-KR"/>
        </w:rPr>
        <w:t>·</w:t>
      </w:r>
      <w:r>
        <w:rPr>
          <w:lang w:eastAsia="ko-KR"/>
        </w:rPr>
        <w:t>해석학적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질문별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방법을</w:t>
      </w:r>
      <w:r>
        <w:rPr>
          <w:lang w:eastAsia="ko-KR"/>
        </w:rPr>
        <w:t xml:space="preserve"> </w:t>
      </w:r>
      <w:r>
        <w:rPr>
          <w:lang w:eastAsia="ko-KR"/>
        </w:rPr>
        <w:t>구체적으로</w:t>
      </w:r>
      <w:r>
        <w:rPr>
          <w:lang w:eastAsia="ko-KR"/>
        </w:rPr>
        <w:t xml:space="preserve"> </w:t>
      </w:r>
      <w:r>
        <w:rPr>
          <w:lang w:eastAsia="ko-KR"/>
        </w:rPr>
        <w:t>밝히십시오</w:t>
      </w:r>
      <w:r>
        <w:rPr>
          <w:lang w:eastAsia="ko-KR"/>
        </w:rPr>
        <w:t>.</w:t>
      </w:r>
    </w:p>
    <w:p w14:paraId="25643423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40A7E898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37ECCF5E" w14:textId="77777777" w:rsidR="00D465BD" w:rsidRDefault="00D465BD">
      <w:pPr>
        <w:pStyle w:val="aff2"/>
        <w:keepLines/>
        <w:shd w:val="clear" w:color="auto" w:fill="F2F2F2"/>
        <w:rPr>
          <w:rFonts w:hint="eastAsia"/>
          <w:lang w:eastAsia="ko-KR"/>
        </w:rPr>
      </w:pPr>
    </w:p>
    <w:p w14:paraId="19A3C092" w14:textId="1030F15B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</w:p>
    <w:p w14:paraId="3A1F4FCC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6. </w:t>
      </w:r>
      <w:r>
        <w:rPr>
          <w:lang w:eastAsia="ko-KR"/>
        </w:rPr>
        <w:t>타당성</w:t>
      </w:r>
      <w:r>
        <w:rPr>
          <w:lang w:eastAsia="ko-KR"/>
        </w:rPr>
        <w:t>·</w:t>
      </w:r>
      <w:r>
        <w:rPr>
          <w:lang w:eastAsia="ko-KR"/>
        </w:rPr>
        <w:t>신뢰성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</w:p>
    <w:p w14:paraId="5E4505C5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삼각검증</w:t>
      </w:r>
      <w:r>
        <w:rPr>
          <w:lang w:eastAsia="ko-KR"/>
        </w:rPr>
        <w:t xml:space="preserve">, </w:t>
      </w:r>
      <w:r>
        <w:rPr>
          <w:lang w:eastAsia="ko-KR"/>
        </w:rPr>
        <w:t>참여자</w:t>
      </w:r>
      <w:r>
        <w:rPr>
          <w:lang w:eastAsia="ko-KR"/>
        </w:rPr>
        <w:t xml:space="preserve"> </w:t>
      </w:r>
      <w:r>
        <w:rPr>
          <w:lang w:eastAsia="ko-KR"/>
        </w:rPr>
        <w:t>확인</w:t>
      </w:r>
      <w:r>
        <w:rPr>
          <w:lang w:eastAsia="ko-KR"/>
        </w:rPr>
        <w:t xml:space="preserve">, </w:t>
      </w:r>
      <w:r>
        <w:rPr>
          <w:lang w:eastAsia="ko-KR"/>
        </w:rPr>
        <w:t>동료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  <w:r>
        <w:rPr>
          <w:lang w:eastAsia="ko-KR"/>
        </w:rPr>
        <w:t xml:space="preserve">, </w:t>
      </w:r>
      <w:r>
        <w:rPr>
          <w:lang w:eastAsia="ko-KR"/>
        </w:rPr>
        <w:t>연구자</w:t>
      </w:r>
      <w:r>
        <w:rPr>
          <w:lang w:eastAsia="ko-KR"/>
        </w:rPr>
        <w:t xml:space="preserve"> </w:t>
      </w:r>
      <w:r>
        <w:rPr>
          <w:lang w:eastAsia="ko-KR"/>
        </w:rPr>
        <w:t>성찰</w:t>
      </w:r>
      <w:r>
        <w:rPr>
          <w:lang w:eastAsia="ko-KR"/>
        </w:rPr>
        <w:t xml:space="preserve">, </w:t>
      </w:r>
      <w:r>
        <w:rPr>
          <w:lang w:eastAsia="ko-KR"/>
        </w:rPr>
        <w:t>도구의</w:t>
      </w:r>
      <w:r>
        <w:rPr>
          <w:lang w:eastAsia="ko-KR"/>
        </w:rPr>
        <w:t xml:space="preserve"> </w:t>
      </w:r>
      <w:r>
        <w:rPr>
          <w:lang w:eastAsia="ko-KR"/>
        </w:rPr>
        <w:t>신뢰도</w:t>
      </w:r>
      <w:r>
        <w:rPr>
          <w:lang w:eastAsia="ko-KR"/>
        </w:rPr>
        <w:t>·</w:t>
      </w:r>
      <w:r>
        <w:rPr>
          <w:lang w:eastAsia="ko-KR"/>
        </w:rPr>
        <w:t>타당도</w:t>
      </w:r>
      <w:r>
        <w:rPr>
          <w:lang w:eastAsia="ko-KR"/>
        </w:rPr>
        <w:t xml:space="preserve">,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재현</w:t>
      </w:r>
      <w:r>
        <w:rPr>
          <w:lang w:eastAsia="ko-KR"/>
        </w:rPr>
        <w:t xml:space="preserve"> </w:t>
      </w:r>
      <w:r>
        <w:rPr>
          <w:lang w:eastAsia="ko-KR"/>
        </w:rPr>
        <w:t>절차</w:t>
      </w:r>
      <w:r>
        <w:rPr>
          <w:lang w:eastAsia="ko-KR"/>
        </w:rPr>
        <w:t xml:space="preserve"> </w:t>
      </w:r>
      <w:r>
        <w:rPr>
          <w:lang w:eastAsia="ko-KR"/>
        </w:rPr>
        <w:t>등을</w:t>
      </w:r>
      <w:r>
        <w:rPr>
          <w:lang w:eastAsia="ko-KR"/>
        </w:rPr>
        <w:t xml:space="preserve"> </w:t>
      </w:r>
      <w:r>
        <w:rPr>
          <w:lang w:eastAsia="ko-KR"/>
        </w:rPr>
        <w:t>제시하십시오</w:t>
      </w:r>
      <w:r>
        <w:rPr>
          <w:lang w:eastAsia="ko-KR"/>
        </w:rPr>
        <w:t>.</w:t>
      </w:r>
    </w:p>
    <w:p w14:paraId="2031ACDD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106A4407" w14:textId="12DC1581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</w:p>
    <w:p w14:paraId="0BD6C503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8FB4D68" w14:textId="57C06B0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</w:p>
    <w:p w14:paraId="3FD46A38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Ⅷ.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범위와</w:t>
      </w:r>
      <w:r>
        <w:rPr>
          <w:lang w:eastAsia="ko-KR"/>
        </w:rPr>
        <w:t xml:space="preserve"> </w:t>
      </w:r>
      <w:r>
        <w:rPr>
          <w:lang w:eastAsia="ko-KR"/>
        </w:rPr>
        <w:t>제한점</w:t>
      </w:r>
    </w:p>
    <w:p w14:paraId="52FBAC1A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범위</w:t>
      </w:r>
    </w:p>
    <w:p w14:paraId="05293BD5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1E99E727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C063F68" w14:textId="19E91A12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</w:p>
    <w:p w14:paraId="36BB4A14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연구의</w:t>
      </w:r>
      <w:r>
        <w:rPr>
          <w:lang w:eastAsia="ko-KR"/>
        </w:rPr>
        <w:t xml:space="preserve"> </w:t>
      </w:r>
      <w:r>
        <w:rPr>
          <w:lang w:eastAsia="ko-KR"/>
        </w:rPr>
        <w:t>제한점</w:t>
      </w:r>
    </w:p>
    <w:p w14:paraId="33A5A9EE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4D0CA24E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F413681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4A15BE2D" w14:textId="7574DCA2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3F2DA72E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연구자의</w:t>
      </w:r>
      <w:r>
        <w:rPr>
          <w:lang w:eastAsia="ko-KR"/>
        </w:rPr>
        <w:t xml:space="preserve"> </w:t>
      </w:r>
      <w:r>
        <w:rPr>
          <w:lang w:eastAsia="ko-KR"/>
        </w:rPr>
        <w:t>전제와</w:t>
      </w:r>
      <w:r>
        <w:rPr>
          <w:lang w:eastAsia="ko-KR"/>
        </w:rPr>
        <w:t xml:space="preserve"> </w:t>
      </w:r>
      <w:r>
        <w:rPr>
          <w:lang w:eastAsia="ko-KR"/>
        </w:rPr>
        <w:t>위치성</w:t>
      </w:r>
    </w:p>
    <w:p w14:paraId="55735997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연구자의</w:t>
      </w:r>
      <w:r>
        <w:rPr>
          <w:lang w:eastAsia="ko-KR"/>
        </w:rPr>
        <w:t xml:space="preserve"> </w:t>
      </w:r>
      <w:r>
        <w:rPr>
          <w:lang w:eastAsia="ko-KR"/>
        </w:rPr>
        <w:t>사역</w:t>
      </w:r>
      <w:r>
        <w:rPr>
          <w:lang w:eastAsia="ko-KR"/>
        </w:rPr>
        <w:t xml:space="preserve"> </w:t>
      </w:r>
      <w:r>
        <w:rPr>
          <w:lang w:eastAsia="ko-KR"/>
        </w:rPr>
        <w:t>경험</w:t>
      </w:r>
      <w:r>
        <w:rPr>
          <w:lang w:eastAsia="ko-KR"/>
        </w:rPr>
        <w:t xml:space="preserve">, </w:t>
      </w:r>
      <w:r>
        <w:rPr>
          <w:lang w:eastAsia="ko-KR"/>
        </w:rPr>
        <w:t>신학적</w:t>
      </w:r>
      <w:r>
        <w:rPr>
          <w:lang w:eastAsia="ko-KR"/>
        </w:rPr>
        <w:t xml:space="preserve"> </w:t>
      </w:r>
      <w:r>
        <w:rPr>
          <w:lang w:eastAsia="ko-KR"/>
        </w:rPr>
        <w:t>입장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대상과의</w:t>
      </w:r>
      <w:r>
        <w:rPr>
          <w:lang w:eastAsia="ko-KR"/>
        </w:rPr>
        <w:t xml:space="preserve"> </w:t>
      </w:r>
      <w:r>
        <w:rPr>
          <w:lang w:eastAsia="ko-KR"/>
        </w:rPr>
        <w:t>관계가</w:t>
      </w:r>
      <w:r>
        <w:rPr>
          <w:lang w:eastAsia="ko-KR"/>
        </w:rPr>
        <w:t xml:space="preserve"> </w:t>
      </w:r>
      <w:r>
        <w:rPr>
          <w:lang w:eastAsia="ko-KR"/>
        </w:rPr>
        <w:t>해석에</w:t>
      </w:r>
      <w:r>
        <w:rPr>
          <w:lang w:eastAsia="ko-KR"/>
        </w:rPr>
        <w:t xml:space="preserve"> </w:t>
      </w:r>
      <w:r>
        <w:rPr>
          <w:lang w:eastAsia="ko-KR"/>
        </w:rPr>
        <w:t>미칠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영향을</w:t>
      </w:r>
      <w:r>
        <w:rPr>
          <w:lang w:eastAsia="ko-KR"/>
        </w:rPr>
        <w:t xml:space="preserve"> </w:t>
      </w:r>
      <w:r>
        <w:rPr>
          <w:lang w:eastAsia="ko-KR"/>
        </w:rPr>
        <w:t>성찰적으로</w:t>
      </w:r>
      <w:r>
        <w:rPr>
          <w:lang w:eastAsia="ko-KR"/>
        </w:rPr>
        <w:t xml:space="preserve"> </w:t>
      </w:r>
      <w:r>
        <w:rPr>
          <w:lang w:eastAsia="ko-KR"/>
        </w:rPr>
        <w:t>기술하십시오</w:t>
      </w:r>
      <w:r>
        <w:rPr>
          <w:lang w:eastAsia="ko-KR"/>
        </w:rPr>
        <w:t>.</w:t>
      </w:r>
    </w:p>
    <w:p w14:paraId="47132EA0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</w:p>
    <w:p w14:paraId="4540D371" w14:textId="78BB5E0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30D2DFB5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089CB82B" w14:textId="23D4ABE3" w:rsidR="00AE6994" w:rsidRDefault="00000000">
      <w:pPr>
        <w:pStyle w:val="1"/>
        <w:rPr>
          <w:lang w:eastAsia="ko-KR"/>
        </w:rPr>
      </w:pPr>
      <w:r>
        <w:rPr>
          <w:lang w:eastAsia="ko-KR"/>
        </w:rPr>
        <w:t xml:space="preserve">Ⅸ. </w:t>
      </w:r>
      <w:r>
        <w:rPr>
          <w:lang w:eastAsia="ko-KR"/>
        </w:rPr>
        <w:t>연구윤리</w:t>
      </w:r>
    </w:p>
    <w:p w14:paraId="7F520436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인간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연구는</w:t>
      </w:r>
      <w:r>
        <w:rPr>
          <w:lang w:eastAsia="ko-KR"/>
        </w:rPr>
        <w:t xml:space="preserve"> </w:t>
      </w:r>
      <w:r>
        <w:rPr>
          <w:lang w:eastAsia="ko-KR"/>
        </w:rPr>
        <w:t>학교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기관의</w:t>
      </w:r>
      <w:r>
        <w:rPr>
          <w:lang w:eastAsia="ko-KR"/>
        </w:rPr>
        <w:t xml:space="preserve"> </w:t>
      </w:r>
      <w:r>
        <w:rPr>
          <w:lang w:eastAsia="ko-KR"/>
        </w:rPr>
        <w:t>윤리</w:t>
      </w:r>
      <w:r>
        <w:rPr>
          <w:lang w:eastAsia="ko-KR"/>
        </w:rPr>
        <w:t xml:space="preserve"> </w:t>
      </w:r>
      <w:r>
        <w:rPr>
          <w:lang w:eastAsia="ko-KR"/>
        </w:rPr>
        <w:t>절차를</w:t>
      </w:r>
      <w:r>
        <w:rPr>
          <w:lang w:eastAsia="ko-KR"/>
        </w:rPr>
        <w:t xml:space="preserve"> </w:t>
      </w:r>
      <w:r>
        <w:rPr>
          <w:lang w:eastAsia="ko-KR"/>
        </w:rPr>
        <w:t>따르며</w:t>
      </w:r>
      <w:r>
        <w:rPr>
          <w:lang w:eastAsia="ko-KR"/>
        </w:rPr>
        <w:t xml:space="preserve">,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이전에</w:t>
      </w:r>
      <w:r>
        <w:rPr>
          <w:lang w:eastAsia="ko-KR"/>
        </w:rPr>
        <w:t xml:space="preserve"> </w:t>
      </w:r>
      <w:r>
        <w:rPr>
          <w:lang w:eastAsia="ko-KR"/>
        </w:rPr>
        <w:t>자료를</w:t>
      </w:r>
      <w:r>
        <w:rPr>
          <w:lang w:eastAsia="ko-KR"/>
        </w:rPr>
        <w:t xml:space="preserve"> </w:t>
      </w:r>
      <w:r>
        <w:rPr>
          <w:lang w:eastAsia="ko-KR"/>
        </w:rPr>
        <w:t>수집하지</w:t>
      </w:r>
      <w:r>
        <w:rPr>
          <w:lang w:eastAsia="ko-KR"/>
        </w:rPr>
        <w:t xml:space="preserve"> </w:t>
      </w:r>
      <w:r>
        <w:rPr>
          <w:lang w:eastAsia="ko-KR"/>
        </w:rPr>
        <w:t>않습니다</w:t>
      </w:r>
      <w:r>
        <w:rPr>
          <w:lang w:eastAsia="ko-KR"/>
        </w:rPr>
        <w:t xml:space="preserve">. </w:t>
      </w:r>
      <w:r>
        <w:rPr>
          <w:lang w:eastAsia="ko-KR"/>
        </w:rPr>
        <w:t>해당하지</w:t>
      </w:r>
      <w:r>
        <w:rPr>
          <w:lang w:eastAsia="ko-KR"/>
        </w:rPr>
        <w:t xml:space="preserve"> </w:t>
      </w:r>
      <w:r>
        <w:rPr>
          <w:lang w:eastAsia="ko-KR"/>
        </w:rPr>
        <w:t>않는</w:t>
      </w:r>
      <w:r>
        <w:rPr>
          <w:lang w:eastAsia="ko-KR"/>
        </w:rPr>
        <w:t xml:space="preserve"> </w:t>
      </w:r>
      <w:r>
        <w:rPr>
          <w:lang w:eastAsia="ko-KR"/>
        </w:rPr>
        <w:t>항목은</w:t>
      </w:r>
      <w:r>
        <w:rPr>
          <w:lang w:eastAsia="ko-KR"/>
        </w:rPr>
        <w:t xml:space="preserve"> “</w:t>
      </w:r>
      <w:r>
        <w:rPr>
          <w:lang w:eastAsia="ko-KR"/>
        </w:rPr>
        <w:t>해당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>”</w:t>
      </w:r>
      <w:r>
        <w:rPr>
          <w:lang w:eastAsia="ko-KR"/>
        </w:rPr>
        <w:t>으로</w:t>
      </w:r>
      <w:r>
        <w:rPr>
          <w:lang w:eastAsia="ko-KR"/>
        </w:rPr>
        <w:t xml:space="preserve"> </w:t>
      </w:r>
      <w:r>
        <w:rPr>
          <w:lang w:eastAsia="ko-KR"/>
        </w:rPr>
        <w:t>기재합니다</w:t>
      </w:r>
      <w:r>
        <w:rPr>
          <w:lang w:eastAsia="ko-KR"/>
        </w:rPr>
        <w:t>.</w:t>
      </w:r>
    </w:p>
    <w:p w14:paraId="08788D79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참여자의</w:t>
      </w:r>
      <w:r>
        <w:rPr>
          <w:lang w:eastAsia="ko-KR"/>
        </w:rPr>
        <w:t xml:space="preserve"> </w:t>
      </w:r>
      <w:r>
        <w:rPr>
          <w:lang w:eastAsia="ko-KR"/>
        </w:rPr>
        <w:t>자발적</w:t>
      </w:r>
      <w:r>
        <w:rPr>
          <w:lang w:eastAsia="ko-KR"/>
        </w:rPr>
        <w:t xml:space="preserve"> </w:t>
      </w:r>
      <w:r>
        <w:rPr>
          <w:lang w:eastAsia="ko-KR"/>
        </w:rPr>
        <w:t>동의와</w:t>
      </w:r>
      <w:r>
        <w:rPr>
          <w:lang w:eastAsia="ko-KR"/>
        </w:rPr>
        <w:t xml:space="preserve"> </w:t>
      </w:r>
      <w:r>
        <w:rPr>
          <w:lang w:eastAsia="ko-KR"/>
        </w:rPr>
        <w:t>중도</w:t>
      </w:r>
      <w:r>
        <w:rPr>
          <w:lang w:eastAsia="ko-KR"/>
        </w:rPr>
        <w:t xml:space="preserve"> </w:t>
      </w:r>
      <w:r>
        <w:rPr>
          <w:lang w:eastAsia="ko-KR"/>
        </w:rPr>
        <w:t>철회권</w:t>
      </w:r>
    </w:p>
    <w:p w14:paraId="36BEA7DA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</w:p>
    <w:p w14:paraId="133D5057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3D80632" w14:textId="45F0822C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</w:p>
    <w:p w14:paraId="61725838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>개인정보의</w:t>
      </w:r>
      <w:r>
        <w:rPr>
          <w:lang w:eastAsia="ko-KR"/>
        </w:rPr>
        <w:t xml:space="preserve"> </w:t>
      </w:r>
      <w:r>
        <w:rPr>
          <w:lang w:eastAsia="ko-KR"/>
        </w:rPr>
        <w:t>최소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, </w:t>
      </w:r>
      <w:r>
        <w:rPr>
          <w:lang w:eastAsia="ko-KR"/>
        </w:rPr>
        <w:t>익명화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비밀보장</w:t>
      </w:r>
    </w:p>
    <w:p w14:paraId="7AAF550D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</w:p>
    <w:p w14:paraId="55B3E467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335EC577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>자료의</w:t>
      </w:r>
      <w:r>
        <w:rPr>
          <w:lang w:eastAsia="ko-KR"/>
        </w:rPr>
        <w:t xml:space="preserve"> </w:t>
      </w:r>
      <w:r>
        <w:rPr>
          <w:lang w:eastAsia="ko-KR"/>
        </w:rPr>
        <w:t>보관</w:t>
      </w:r>
      <w:r>
        <w:rPr>
          <w:lang w:eastAsia="ko-KR"/>
        </w:rPr>
        <w:t xml:space="preserve"> </w:t>
      </w:r>
      <w:r>
        <w:rPr>
          <w:lang w:eastAsia="ko-KR"/>
        </w:rPr>
        <w:t>장소</w:t>
      </w:r>
      <w:r>
        <w:rPr>
          <w:lang w:eastAsia="ko-KR"/>
        </w:rPr>
        <w:t>·</w:t>
      </w:r>
      <w:r>
        <w:rPr>
          <w:lang w:eastAsia="ko-KR"/>
        </w:rPr>
        <w:t>보관</w:t>
      </w:r>
      <w:r>
        <w:rPr>
          <w:lang w:eastAsia="ko-KR"/>
        </w:rPr>
        <w:t xml:space="preserve"> </w:t>
      </w:r>
      <w:r>
        <w:rPr>
          <w:lang w:eastAsia="ko-KR"/>
        </w:rPr>
        <w:t>기간</w:t>
      </w:r>
      <w:r>
        <w:rPr>
          <w:lang w:eastAsia="ko-KR"/>
        </w:rPr>
        <w:t>·</w:t>
      </w:r>
      <w:r>
        <w:rPr>
          <w:lang w:eastAsia="ko-KR"/>
        </w:rPr>
        <w:t>폐기</w:t>
      </w:r>
      <w:r>
        <w:rPr>
          <w:lang w:eastAsia="ko-KR"/>
        </w:rPr>
        <w:t xml:space="preserve"> </w:t>
      </w:r>
      <w:r>
        <w:rPr>
          <w:lang w:eastAsia="ko-KR"/>
        </w:rPr>
        <w:t>방법</w:t>
      </w:r>
    </w:p>
    <w:p w14:paraId="5D6077AA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</w:p>
    <w:p w14:paraId="55CA35E1" w14:textId="714E214D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</w:p>
    <w:p w14:paraId="4981D5CD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>취약한</w:t>
      </w:r>
      <w:r>
        <w:rPr>
          <w:lang w:eastAsia="ko-KR"/>
        </w:rPr>
        <w:t xml:space="preserve"> </w:t>
      </w:r>
      <w:r>
        <w:rPr>
          <w:lang w:eastAsia="ko-KR"/>
        </w:rPr>
        <w:t>참여자</w:t>
      </w:r>
      <w:r>
        <w:rPr>
          <w:lang w:eastAsia="ko-KR"/>
        </w:rPr>
        <w:t xml:space="preserve"> </w:t>
      </w:r>
      <w:r>
        <w:rPr>
          <w:lang w:eastAsia="ko-KR"/>
        </w:rPr>
        <w:t>보호와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발생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대응</w:t>
      </w:r>
      <w:r>
        <w:rPr>
          <w:lang w:eastAsia="ko-KR"/>
        </w:rPr>
        <w:t>·</w:t>
      </w:r>
      <w:r>
        <w:rPr>
          <w:lang w:eastAsia="ko-KR"/>
        </w:rPr>
        <w:t>전문기관</w:t>
      </w:r>
      <w:r>
        <w:rPr>
          <w:lang w:eastAsia="ko-KR"/>
        </w:rPr>
        <w:t xml:space="preserve"> </w:t>
      </w:r>
      <w:r>
        <w:rPr>
          <w:lang w:eastAsia="ko-KR"/>
        </w:rPr>
        <w:t>연계</w:t>
      </w:r>
    </w:p>
    <w:p w14:paraId="14F3E3E1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</w:p>
    <w:p w14:paraId="7B0E48D6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6B79F060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>이해상충</w:t>
      </w:r>
      <w:r>
        <w:rPr>
          <w:lang w:eastAsia="ko-KR"/>
        </w:rPr>
        <w:t xml:space="preserve">, </w:t>
      </w:r>
      <w:r>
        <w:rPr>
          <w:lang w:eastAsia="ko-KR"/>
        </w:rPr>
        <w:t>연구자</w:t>
      </w:r>
      <w:r>
        <w:rPr>
          <w:lang w:eastAsia="ko-KR"/>
        </w:rPr>
        <w:t xml:space="preserve"> </w:t>
      </w:r>
      <w:r>
        <w:rPr>
          <w:lang w:eastAsia="ko-KR"/>
        </w:rPr>
        <w:t>권한</w:t>
      </w:r>
      <w:r>
        <w:rPr>
          <w:lang w:eastAsia="ko-KR"/>
        </w:rPr>
        <w:t xml:space="preserve"> </w:t>
      </w:r>
      <w:r>
        <w:rPr>
          <w:lang w:eastAsia="ko-KR"/>
        </w:rPr>
        <w:t>관계와</w:t>
      </w:r>
      <w:r>
        <w:rPr>
          <w:lang w:eastAsia="ko-KR"/>
        </w:rPr>
        <w:t xml:space="preserve"> </w:t>
      </w:r>
      <w:r>
        <w:rPr>
          <w:lang w:eastAsia="ko-KR"/>
        </w:rPr>
        <w:t>강압</w:t>
      </w:r>
      <w:r>
        <w:rPr>
          <w:lang w:eastAsia="ko-KR"/>
        </w:rPr>
        <w:t xml:space="preserve"> </w:t>
      </w:r>
      <w:r>
        <w:rPr>
          <w:lang w:eastAsia="ko-KR"/>
        </w:rPr>
        <w:t>가능성의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</w:p>
    <w:p w14:paraId="0A97A022" w14:textId="77777777" w:rsidR="00D465BD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</w:p>
    <w:p w14:paraId="40077136" w14:textId="6E0D2D81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br/>
      </w:r>
    </w:p>
    <w:p w14:paraId="788EF277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>연구윤리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기관</w:t>
      </w:r>
      <w:r>
        <w:rPr>
          <w:lang w:eastAsia="ko-KR"/>
        </w:rPr>
        <w:t xml:space="preserve"> </w:t>
      </w:r>
      <w:r>
        <w:rPr>
          <w:lang w:eastAsia="ko-KR"/>
        </w:rPr>
        <w:t>협조</w:t>
      </w:r>
      <w:r>
        <w:rPr>
          <w:lang w:eastAsia="ko-KR"/>
        </w:rPr>
        <w:t xml:space="preserve"> </w:t>
      </w:r>
      <w:r>
        <w:rPr>
          <w:lang w:eastAsia="ko-KR"/>
        </w:rPr>
        <w:t>절차</w:t>
      </w:r>
    </w:p>
    <w:p w14:paraId="1EF8B4DF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</w:p>
    <w:p w14:paraId="36F7B56E" w14:textId="77777777" w:rsidR="00D465BD" w:rsidRDefault="00D465BD">
      <w:pPr>
        <w:pStyle w:val="aff2"/>
        <w:keepLines/>
        <w:shd w:val="clear" w:color="auto" w:fill="F2F2F2"/>
        <w:rPr>
          <w:lang w:eastAsia="ko-KR"/>
        </w:rPr>
      </w:pPr>
    </w:p>
    <w:p w14:paraId="1F77734F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3FA7E153" w14:textId="77777777" w:rsidR="00D465BD" w:rsidRDefault="00D465BD" w:rsidP="00D465BD">
      <w:pPr>
        <w:rPr>
          <w:lang w:eastAsia="ko-KR"/>
        </w:rPr>
      </w:pPr>
    </w:p>
    <w:p w14:paraId="7D9B41A9" w14:textId="77777777" w:rsidR="00D465BD" w:rsidRDefault="00D465BD" w:rsidP="00D465BD">
      <w:pPr>
        <w:rPr>
          <w:lang w:eastAsia="ko-KR"/>
        </w:rPr>
      </w:pPr>
    </w:p>
    <w:p w14:paraId="6392E2C8" w14:textId="77777777" w:rsidR="00D465BD" w:rsidRDefault="00D465BD" w:rsidP="00D465BD">
      <w:pPr>
        <w:rPr>
          <w:lang w:eastAsia="ko-KR"/>
        </w:rPr>
      </w:pPr>
    </w:p>
    <w:p w14:paraId="133B27F9" w14:textId="77777777" w:rsidR="00D465BD" w:rsidRDefault="00D465BD" w:rsidP="00D465BD">
      <w:pPr>
        <w:rPr>
          <w:lang w:eastAsia="ko-KR"/>
        </w:rPr>
      </w:pPr>
    </w:p>
    <w:p w14:paraId="49E197C7" w14:textId="77777777" w:rsidR="00D465BD" w:rsidRDefault="00D465BD" w:rsidP="00D465BD">
      <w:pPr>
        <w:rPr>
          <w:lang w:eastAsia="ko-KR"/>
        </w:rPr>
      </w:pPr>
    </w:p>
    <w:p w14:paraId="059E2192" w14:textId="77777777" w:rsidR="00D465BD" w:rsidRDefault="00D465BD" w:rsidP="00D465BD">
      <w:pPr>
        <w:rPr>
          <w:lang w:eastAsia="ko-KR"/>
        </w:rPr>
      </w:pPr>
    </w:p>
    <w:p w14:paraId="6188EB77" w14:textId="77777777" w:rsidR="00D465BD" w:rsidRDefault="00D465BD" w:rsidP="00D465BD">
      <w:pPr>
        <w:rPr>
          <w:lang w:eastAsia="ko-KR"/>
        </w:rPr>
      </w:pPr>
    </w:p>
    <w:p w14:paraId="04A6FDC3" w14:textId="77777777" w:rsidR="00D465BD" w:rsidRDefault="00D465BD" w:rsidP="00D465BD">
      <w:pPr>
        <w:rPr>
          <w:lang w:eastAsia="ko-KR"/>
        </w:rPr>
      </w:pPr>
    </w:p>
    <w:p w14:paraId="674C7E8F" w14:textId="77777777" w:rsidR="00D465BD" w:rsidRDefault="00D465BD" w:rsidP="00D465BD">
      <w:pPr>
        <w:rPr>
          <w:lang w:eastAsia="ko-KR"/>
        </w:rPr>
      </w:pPr>
    </w:p>
    <w:p w14:paraId="25C1B316" w14:textId="77777777" w:rsidR="00D465BD" w:rsidRDefault="00D465BD" w:rsidP="00D465BD">
      <w:pPr>
        <w:rPr>
          <w:lang w:eastAsia="ko-KR"/>
        </w:rPr>
      </w:pPr>
    </w:p>
    <w:p w14:paraId="085D3DB6" w14:textId="77777777" w:rsidR="00D465BD" w:rsidRPr="00D465BD" w:rsidRDefault="00D465BD" w:rsidP="00D465BD">
      <w:pPr>
        <w:rPr>
          <w:rFonts w:hint="eastAsia"/>
          <w:lang w:eastAsia="ko-KR"/>
        </w:rPr>
      </w:pPr>
    </w:p>
    <w:p w14:paraId="15800FCB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7D320F4D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7BDB8C5F" w14:textId="77777777" w:rsidR="00D465BD" w:rsidRPr="00D465BD" w:rsidRDefault="00D465BD" w:rsidP="00D465BD">
      <w:pPr>
        <w:rPr>
          <w:rFonts w:hint="eastAsia"/>
          <w:lang w:eastAsia="ko-KR"/>
        </w:rPr>
      </w:pPr>
    </w:p>
    <w:p w14:paraId="066AE0AC" w14:textId="77777777" w:rsidR="00D465BD" w:rsidRDefault="00D465BD">
      <w:pPr>
        <w:pStyle w:val="1"/>
        <w:rPr>
          <w:rFonts w:eastAsia="맑은 고딕"/>
          <w:lang w:eastAsia="ko-KR"/>
        </w:rPr>
      </w:pPr>
    </w:p>
    <w:p w14:paraId="0E863B30" w14:textId="0481E640" w:rsidR="00AE6994" w:rsidRDefault="00000000">
      <w:pPr>
        <w:pStyle w:val="1"/>
        <w:rPr>
          <w:lang w:eastAsia="ko-KR"/>
        </w:rPr>
      </w:pPr>
      <w:r>
        <w:rPr>
          <w:lang w:eastAsia="ko-KR"/>
        </w:rPr>
        <w:t xml:space="preserve">Ⅹ. </w:t>
      </w:r>
      <w:r>
        <w:rPr>
          <w:lang w:eastAsia="ko-KR"/>
        </w:rPr>
        <w:t>예상</w:t>
      </w:r>
      <w:r>
        <w:rPr>
          <w:lang w:eastAsia="ko-KR"/>
        </w:rPr>
        <w:t xml:space="preserve">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구성</w:t>
      </w:r>
    </w:p>
    <w:p w14:paraId="4E9957F5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각</w:t>
      </w:r>
      <w:r>
        <w:rPr>
          <w:lang w:eastAsia="ko-KR"/>
        </w:rPr>
        <w:t xml:space="preserve"> </w:t>
      </w:r>
      <w:r>
        <w:rPr>
          <w:lang w:eastAsia="ko-KR"/>
        </w:rPr>
        <w:t>장의</w:t>
      </w:r>
      <w:r>
        <w:rPr>
          <w:lang w:eastAsia="ko-KR"/>
        </w:rPr>
        <w:t xml:space="preserve"> </w:t>
      </w:r>
      <w:r>
        <w:rPr>
          <w:lang w:eastAsia="ko-KR"/>
        </w:rPr>
        <w:t>제목과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2–4</w:t>
      </w:r>
      <w:r>
        <w:rPr>
          <w:lang w:eastAsia="ko-KR"/>
        </w:rPr>
        <w:t>문장으로</w:t>
      </w:r>
      <w:r>
        <w:rPr>
          <w:lang w:eastAsia="ko-KR"/>
        </w:rPr>
        <w:t xml:space="preserve"> </w:t>
      </w:r>
      <w:r>
        <w:rPr>
          <w:lang w:eastAsia="ko-KR"/>
        </w:rPr>
        <w:t>설명하십시오</w:t>
      </w:r>
      <w:r>
        <w:rPr>
          <w:lang w:eastAsia="ko-KR"/>
        </w:rPr>
        <w:t xml:space="preserve">. </w:t>
      </w:r>
      <w:r>
        <w:rPr>
          <w:lang w:eastAsia="ko-KR"/>
        </w:rPr>
        <w:t>아래</w:t>
      </w:r>
      <w:r>
        <w:rPr>
          <w:lang w:eastAsia="ko-KR"/>
        </w:rPr>
        <w:t xml:space="preserve"> 5</w:t>
      </w:r>
      <w:r>
        <w:rPr>
          <w:lang w:eastAsia="ko-KR"/>
        </w:rPr>
        <w:t>장</w:t>
      </w:r>
      <w:r>
        <w:rPr>
          <w:lang w:eastAsia="ko-KR"/>
        </w:rPr>
        <w:t xml:space="preserve"> </w:t>
      </w:r>
      <w:r>
        <w:rPr>
          <w:lang w:eastAsia="ko-KR"/>
        </w:rPr>
        <w:t>구성은</w:t>
      </w:r>
      <w:r>
        <w:rPr>
          <w:lang w:eastAsia="ko-KR"/>
        </w:rPr>
        <w:t xml:space="preserve"> </w:t>
      </w:r>
      <w:r>
        <w:rPr>
          <w:lang w:eastAsia="ko-KR"/>
        </w:rPr>
        <w:t>예시이며</w:t>
      </w:r>
      <w:r>
        <w:rPr>
          <w:lang w:eastAsia="ko-KR"/>
        </w:rPr>
        <w:t xml:space="preserve"> </w:t>
      </w:r>
      <w:r>
        <w:rPr>
          <w:lang w:eastAsia="ko-KR"/>
        </w:rPr>
        <w:t>전공과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성격에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조정할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2400"/>
        <w:gridCol w:w="4460"/>
      </w:tblGrid>
      <w:tr w:rsidR="00AE6994" w14:paraId="44754489" w14:textId="77777777">
        <w:trPr>
          <w:tblHeader/>
          <w:jc w:val="center"/>
        </w:trPr>
        <w:tc>
          <w:tcPr>
            <w:tcW w:w="10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D042B2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장</w:t>
            </w:r>
          </w:p>
        </w:tc>
        <w:tc>
          <w:tcPr>
            <w:tcW w:w="24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9B87B3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예상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제목</w:t>
            </w:r>
          </w:p>
        </w:tc>
        <w:tc>
          <w:tcPr>
            <w:tcW w:w="446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B19A31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핵심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내용</w:t>
            </w:r>
          </w:p>
        </w:tc>
      </w:tr>
      <w:tr w:rsidR="00AE6994" w14:paraId="3037570F" w14:textId="77777777">
        <w:trPr>
          <w:jc w:val="center"/>
        </w:trPr>
        <w:tc>
          <w:tcPr>
            <w:tcW w:w="1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D303A0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제</w:t>
            </w:r>
            <w:r>
              <w:rPr>
                <w:sz w:val="18"/>
              </w:rPr>
              <w:t>1</w:t>
            </w:r>
            <w:r>
              <w:rPr>
                <w:sz w:val="18"/>
              </w:rPr>
              <w:t>장</w:t>
            </w: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3EF26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서론</w:t>
            </w:r>
          </w:p>
        </w:tc>
        <w:tc>
          <w:tcPr>
            <w:tcW w:w="44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E56A99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배경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목적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질문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방법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범위와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용어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75DAD106" w14:textId="77777777">
        <w:trPr>
          <w:jc w:val="center"/>
        </w:trPr>
        <w:tc>
          <w:tcPr>
            <w:tcW w:w="1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13AE5E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제</w:t>
            </w:r>
            <w:r>
              <w:rPr>
                <w:sz w:val="18"/>
              </w:rPr>
              <w:t>2</w:t>
            </w:r>
            <w:r>
              <w:rPr>
                <w:sz w:val="18"/>
              </w:rPr>
              <w:t>장</w:t>
            </w: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1536C5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이론적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신학적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배경</w:t>
            </w:r>
          </w:p>
        </w:tc>
        <w:tc>
          <w:tcPr>
            <w:tcW w:w="44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E30F9C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선행연구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이론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성경적</w:t>
            </w:r>
            <w:r>
              <w:rPr>
                <w:color w:val="555555"/>
                <w:sz w:val="18"/>
                <w:lang w:eastAsia="ko-KR"/>
              </w:rPr>
              <w:t>·</w:t>
            </w:r>
            <w:r>
              <w:rPr>
                <w:color w:val="555555"/>
                <w:sz w:val="18"/>
                <w:lang w:eastAsia="ko-KR"/>
              </w:rPr>
              <w:t>신학적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토대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535A708D" w14:textId="77777777">
        <w:trPr>
          <w:jc w:val="center"/>
        </w:trPr>
        <w:tc>
          <w:tcPr>
            <w:tcW w:w="1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91CEF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제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장</w:t>
            </w: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BD8FE8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연구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방법</w:t>
            </w:r>
          </w:p>
        </w:tc>
        <w:tc>
          <w:tcPr>
            <w:tcW w:w="44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467745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설계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대상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도구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절차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분석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윤리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4F09163B" w14:textId="77777777">
        <w:trPr>
          <w:jc w:val="center"/>
        </w:trPr>
        <w:tc>
          <w:tcPr>
            <w:tcW w:w="1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9CC3F0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제</w:t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>장</w:t>
            </w: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15AB8C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연구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결과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논의</w:t>
            </w:r>
          </w:p>
        </w:tc>
        <w:tc>
          <w:tcPr>
            <w:tcW w:w="44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630022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분석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결과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해석</w:t>
            </w:r>
            <w:r>
              <w:rPr>
                <w:color w:val="555555"/>
                <w:sz w:val="18"/>
                <w:lang w:eastAsia="ko-KR"/>
              </w:rPr>
              <w:t xml:space="preserve">, </w:t>
            </w:r>
            <w:r>
              <w:rPr>
                <w:color w:val="555555"/>
                <w:sz w:val="18"/>
                <w:lang w:eastAsia="ko-KR"/>
              </w:rPr>
              <w:t>선행연구와의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대화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</w:tr>
      <w:tr w:rsidR="00AE6994" w14:paraId="2AE86831" w14:textId="77777777">
        <w:trPr>
          <w:jc w:val="center"/>
        </w:trPr>
        <w:tc>
          <w:tcPr>
            <w:tcW w:w="1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A6B545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제</w:t>
            </w:r>
            <w:r>
              <w:rPr>
                <w:sz w:val="18"/>
              </w:rPr>
              <w:t>5</w:t>
            </w:r>
            <w:r>
              <w:rPr>
                <w:sz w:val="18"/>
              </w:rPr>
              <w:t>장</w:t>
            </w: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84D7C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결론</w:t>
            </w:r>
          </w:p>
        </w:tc>
        <w:tc>
          <w:tcPr>
            <w:tcW w:w="44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55F01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요약</w:t>
            </w:r>
            <w:r>
              <w:rPr>
                <w:color w:val="555555"/>
                <w:sz w:val="18"/>
              </w:rPr>
              <w:t xml:space="preserve">, </w:t>
            </w:r>
            <w:r>
              <w:rPr>
                <w:color w:val="555555"/>
                <w:sz w:val="18"/>
              </w:rPr>
              <w:t>의의</w:t>
            </w:r>
            <w:r>
              <w:rPr>
                <w:color w:val="555555"/>
                <w:sz w:val="18"/>
              </w:rPr>
              <w:t xml:space="preserve">, </w:t>
            </w:r>
            <w:r>
              <w:rPr>
                <w:color w:val="555555"/>
                <w:sz w:val="18"/>
              </w:rPr>
              <w:t>한계</w:t>
            </w:r>
            <w:r>
              <w:rPr>
                <w:color w:val="555555"/>
                <w:sz w:val="18"/>
              </w:rPr>
              <w:t xml:space="preserve">, </w:t>
            </w:r>
            <w:r>
              <w:rPr>
                <w:color w:val="555555"/>
                <w:sz w:val="18"/>
              </w:rPr>
              <w:t>제언</w:t>
            </w:r>
            <w:r>
              <w:rPr>
                <w:color w:val="555555"/>
                <w:sz w:val="18"/>
              </w:rPr>
              <w:t>]</w:t>
            </w:r>
          </w:p>
        </w:tc>
      </w:tr>
    </w:tbl>
    <w:p w14:paraId="30F1DE5E" w14:textId="77777777" w:rsidR="00AE6994" w:rsidRDefault="00AE6994"/>
    <w:p w14:paraId="49EC8953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장</w:t>
      </w:r>
      <w:r>
        <w:rPr>
          <w:lang w:eastAsia="ko-KR"/>
        </w:rPr>
        <w:t xml:space="preserve"> </w:t>
      </w:r>
      <w:r>
        <w:rPr>
          <w:lang w:eastAsia="ko-KR"/>
        </w:rPr>
        <w:t>구성을</w:t>
      </w:r>
      <w:r>
        <w:rPr>
          <w:lang w:eastAsia="ko-KR"/>
        </w:rPr>
        <w:t xml:space="preserve"> </w:t>
      </w:r>
      <w:r>
        <w:rPr>
          <w:lang w:eastAsia="ko-KR"/>
        </w:rPr>
        <w:t>추가하거나</w:t>
      </w:r>
      <w:r>
        <w:rPr>
          <w:lang w:eastAsia="ko-KR"/>
        </w:rPr>
        <w:t xml:space="preserve"> </w:t>
      </w:r>
      <w:r>
        <w:rPr>
          <w:lang w:eastAsia="ko-KR"/>
        </w:rPr>
        <w:t>수정하십시오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125D1271" w14:textId="77777777" w:rsidR="00AE6994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17993200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Ⅺ.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추진</w:t>
      </w:r>
      <w:r>
        <w:rPr>
          <w:lang w:eastAsia="ko-KR"/>
        </w:rPr>
        <w:t xml:space="preserve"> </w:t>
      </w:r>
      <w:r>
        <w:rPr>
          <w:lang w:eastAsia="ko-KR"/>
        </w:rPr>
        <w:t>일정</w:t>
      </w:r>
    </w:p>
    <w:p w14:paraId="6B1FDF46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학교의</w:t>
      </w:r>
      <w:r>
        <w:rPr>
          <w:lang w:eastAsia="ko-KR"/>
        </w:rPr>
        <w:t xml:space="preserve"> </w:t>
      </w:r>
      <w:r>
        <w:rPr>
          <w:lang w:eastAsia="ko-KR"/>
        </w:rPr>
        <w:t>학사</w:t>
      </w:r>
      <w:r>
        <w:rPr>
          <w:lang w:eastAsia="ko-KR"/>
        </w:rPr>
        <w:t xml:space="preserve"> </w:t>
      </w:r>
      <w:r>
        <w:rPr>
          <w:lang w:eastAsia="ko-KR"/>
        </w:rPr>
        <w:t>일정과</w:t>
      </w:r>
      <w:r>
        <w:rPr>
          <w:lang w:eastAsia="ko-KR"/>
        </w:rPr>
        <w:t xml:space="preserve">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심사</w:t>
      </w:r>
      <w:r>
        <w:rPr>
          <w:lang w:eastAsia="ko-KR"/>
        </w:rPr>
        <w:t xml:space="preserve"> </w:t>
      </w:r>
      <w:r>
        <w:rPr>
          <w:lang w:eastAsia="ko-KR"/>
        </w:rPr>
        <w:t>일정을</w:t>
      </w:r>
      <w:r>
        <w:rPr>
          <w:lang w:eastAsia="ko-KR"/>
        </w:rPr>
        <w:t xml:space="preserve"> </w:t>
      </w:r>
      <w:r>
        <w:rPr>
          <w:lang w:eastAsia="ko-KR"/>
        </w:rPr>
        <w:t>반영하여</w:t>
      </w:r>
      <w:r>
        <w:rPr>
          <w:lang w:eastAsia="ko-KR"/>
        </w:rPr>
        <w:t xml:space="preserve"> </w:t>
      </w:r>
      <w:r>
        <w:rPr>
          <w:lang w:eastAsia="ko-KR"/>
        </w:rPr>
        <w:t>월별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학기별</w:t>
      </w:r>
      <w:r>
        <w:rPr>
          <w:lang w:eastAsia="ko-KR"/>
        </w:rPr>
        <w:t xml:space="preserve"> </w:t>
      </w:r>
      <w:r>
        <w:rPr>
          <w:lang w:eastAsia="ko-KR"/>
        </w:rPr>
        <w:t>계획을</w:t>
      </w:r>
      <w:r>
        <w:rPr>
          <w:lang w:eastAsia="ko-KR"/>
        </w:rPr>
        <w:t xml:space="preserve"> </w:t>
      </w:r>
      <w:r>
        <w:rPr>
          <w:lang w:eastAsia="ko-KR"/>
        </w:rPr>
        <w:t>작성하십시오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1700"/>
        <w:gridCol w:w="3500"/>
        <w:gridCol w:w="1760"/>
      </w:tblGrid>
      <w:tr w:rsidR="00AE6994" w14:paraId="43A23CDA" w14:textId="77777777">
        <w:trPr>
          <w:tblHeader/>
          <w:jc w:val="center"/>
        </w:trPr>
        <w:tc>
          <w:tcPr>
            <w:tcW w:w="9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C55FE3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단계</w:t>
            </w:r>
          </w:p>
        </w:tc>
        <w:tc>
          <w:tcPr>
            <w:tcW w:w="17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FC7130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기간</w:t>
            </w:r>
          </w:p>
        </w:tc>
        <w:tc>
          <w:tcPr>
            <w:tcW w:w="35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8F2397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주요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과업</w:t>
            </w:r>
          </w:p>
        </w:tc>
        <w:tc>
          <w:tcPr>
            <w:tcW w:w="176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553A1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완료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기준</w:t>
            </w:r>
          </w:p>
        </w:tc>
      </w:tr>
      <w:tr w:rsidR="00AE6994" w14:paraId="161393EE" w14:textId="77777777">
        <w:trPr>
          <w:jc w:val="center"/>
        </w:trPr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054F63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C35AC9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[YYYY.MM–MM]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7EB859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주제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확정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및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문헌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검토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1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72F45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제안서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승인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4113AB9D" w14:textId="77777777">
        <w:trPr>
          <w:jc w:val="center"/>
        </w:trPr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1ED66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13BEBB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[YYYY.MM–MM]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88BDD5" w14:textId="77777777" w:rsidR="00AE6994" w:rsidRDefault="00000000">
            <w:pPr>
              <w:spacing w:line="276" w:lineRule="auto"/>
              <w:ind w:firstLine="0"/>
              <w:jc w:val="left"/>
              <w:rPr>
                <w:lang w:eastAsia="ko-KR"/>
              </w:rPr>
            </w:pPr>
            <w:r>
              <w:rPr>
                <w:color w:val="555555"/>
                <w:sz w:val="18"/>
                <w:lang w:eastAsia="ko-KR"/>
              </w:rPr>
              <w:t>[</w:t>
            </w:r>
            <w:r>
              <w:rPr>
                <w:color w:val="555555"/>
                <w:sz w:val="18"/>
                <w:lang w:eastAsia="ko-KR"/>
              </w:rPr>
              <w:t>연구도구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개발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및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윤리</w:t>
            </w:r>
            <w:r>
              <w:rPr>
                <w:color w:val="555555"/>
                <w:sz w:val="18"/>
                <w:lang w:eastAsia="ko-KR"/>
              </w:rPr>
              <w:t xml:space="preserve"> </w:t>
            </w:r>
            <w:r>
              <w:rPr>
                <w:color w:val="555555"/>
                <w:sz w:val="18"/>
                <w:lang w:eastAsia="ko-KR"/>
              </w:rPr>
              <w:t>절차</w:t>
            </w:r>
            <w:r>
              <w:rPr>
                <w:color w:val="555555"/>
                <w:sz w:val="18"/>
                <w:lang w:eastAsia="ko-KR"/>
              </w:rPr>
              <w:t>]</w:t>
            </w:r>
          </w:p>
        </w:tc>
        <w:tc>
          <w:tcPr>
            <w:tcW w:w="1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E79389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승인</w:t>
            </w:r>
            <w:r>
              <w:rPr>
                <w:color w:val="555555"/>
                <w:sz w:val="18"/>
              </w:rPr>
              <w:t>·</w:t>
            </w:r>
            <w:r>
              <w:rPr>
                <w:color w:val="555555"/>
                <w:sz w:val="18"/>
              </w:rPr>
              <w:t>도구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확정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277018A3" w14:textId="77777777">
        <w:trPr>
          <w:jc w:val="center"/>
        </w:trPr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AB6C65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6A27AD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[YYYY.MM–MM]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80C82D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자료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수집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1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8C4642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자료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수집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완료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332D1972" w14:textId="77777777">
        <w:trPr>
          <w:jc w:val="center"/>
        </w:trPr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6DE3B5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C55CF7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[YYYY.MM–MM]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8C2AC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자료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분석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1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51CCDD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분석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결과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확정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3AFBA4FD" w14:textId="77777777">
        <w:trPr>
          <w:jc w:val="center"/>
        </w:trPr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35F81D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7C583D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[YYYY.MM–MM]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51DEA0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논문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집필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및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지도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1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D65805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심사용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원고</w:t>
            </w:r>
            <w:r>
              <w:rPr>
                <w:color w:val="555555"/>
                <w:sz w:val="18"/>
              </w:rPr>
              <w:t>]</w:t>
            </w:r>
          </w:p>
        </w:tc>
      </w:tr>
      <w:tr w:rsidR="00AE6994" w14:paraId="5D1C52A3" w14:textId="77777777">
        <w:trPr>
          <w:jc w:val="center"/>
        </w:trPr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F54A69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348970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[YYYY.MM–MM]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89921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심사</w:t>
            </w:r>
            <w:r>
              <w:rPr>
                <w:color w:val="555555"/>
                <w:sz w:val="18"/>
              </w:rPr>
              <w:t>·</w:t>
            </w:r>
            <w:r>
              <w:rPr>
                <w:color w:val="555555"/>
                <w:sz w:val="18"/>
              </w:rPr>
              <w:t>수정</w:t>
            </w:r>
            <w:r>
              <w:rPr>
                <w:color w:val="555555"/>
                <w:sz w:val="18"/>
              </w:rPr>
              <w:t>·</w:t>
            </w:r>
            <w:r>
              <w:rPr>
                <w:color w:val="555555"/>
                <w:sz w:val="18"/>
              </w:rPr>
              <w:t>제출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1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B62E54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최종</w:t>
            </w:r>
            <w:r>
              <w:rPr>
                <w:color w:val="555555"/>
                <w:sz w:val="18"/>
              </w:rPr>
              <w:t xml:space="preserve"> </w:t>
            </w:r>
            <w:r>
              <w:rPr>
                <w:color w:val="555555"/>
                <w:sz w:val="18"/>
              </w:rPr>
              <w:t>제출</w:t>
            </w:r>
            <w:r>
              <w:rPr>
                <w:color w:val="555555"/>
                <w:sz w:val="18"/>
              </w:rPr>
              <w:t>]</w:t>
            </w:r>
          </w:p>
        </w:tc>
      </w:tr>
    </w:tbl>
    <w:p w14:paraId="229B1673" w14:textId="77777777" w:rsidR="00AE6994" w:rsidRDefault="00AE6994"/>
    <w:p w14:paraId="32B90E73" w14:textId="77777777" w:rsidR="00AE6994" w:rsidRDefault="00000000">
      <w:r>
        <w:br w:type="page"/>
      </w:r>
    </w:p>
    <w:p w14:paraId="006C0EFF" w14:textId="77777777" w:rsidR="00AE6994" w:rsidRDefault="00000000">
      <w:pPr>
        <w:pStyle w:val="1"/>
      </w:pPr>
      <w:r>
        <w:lastRenderedPageBreak/>
        <w:t xml:space="preserve">Ⅻ. </w:t>
      </w:r>
      <w:r>
        <w:t>기대</w:t>
      </w:r>
      <w:r>
        <w:t xml:space="preserve"> </w:t>
      </w:r>
      <w:r>
        <w:t>결과와</w:t>
      </w:r>
      <w:r>
        <w:t xml:space="preserve"> </w:t>
      </w:r>
      <w:r>
        <w:t>연구의</w:t>
      </w:r>
      <w:r>
        <w:t xml:space="preserve"> </w:t>
      </w:r>
      <w:r>
        <w:t>의의</w:t>
      </w:r>
    </w:p>
    <w:p w14:paraId="4C880F79" w14:textId="77777777" w:rsidR="00AE6994" w:rsidRDefault="00000000">
      <w:pPr>
        <w:pStyle w:val="21"/>
      </w:pPr>
      <w:r>
        <w:t xml:space="preserve">1. </w:t>
      </w:r>
      <w:r>
        <w:t>예상</w:t>
      </w:r>
      <w:r>
        <w:t xml:space="preserve"> </w:t>
      </w:r>
      <w:r>
        <w:t>결과</w:t>
      </w:r>
    </w:p>
    <w:p w14:paraId="1AC66FB3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49B7E3B1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학문적</w:t>
      </w:r>
      <w:r>
        <w:rPr>
          <w:lang w:eastAsia="ko-KR"/>
        </w:rPr>
        <w:t xml:space="preserve"> </w:t>
      </w:r>
      <w:r>
        <w:rPr>
          <w:lang w:eastAsia="ko-KR"/>
        </w:rPr>
        <w:t>의의</w:t>
      </w:r>
    </w:p>
    <w:p w14:paraId="2EA6E9F3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5469D14A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3. </w:t>
      </w:r>
      <w:r>
        <w:rPr>
          <w:lang w:eastAsia="ko-KR"/>
        </w:rPr>
        <w:t>신학적</w:t>
      </w:r>
      <w:r>
        <w:rPr>
          <w:lang w:eastAsia="ko-KR"/>
        </w:rPr>
        <w:t>·</w:t>
      </w:r>
      <w:r>
        <w:rPr>
          <w:lang w:eastAsia="ko-KR"/>
        </w:rPr>
        <w:t>선교적</w:t>
      </w:r>
      <w:r>
        <w:rPr>
          <w:lang w:eastAsia="ko-KR"/>
        </w:rPr>
        <w:t>·</w:t>
      </w:r>
      <w:r>
        <w:rPr>
          <w:lang w:eastAsia="ko-KR"/>
        </w:rPr>
        <w:t>실천적</w:t>
      </w:r>
      <w:r>
        <w:rPr>
          <w:lang w:eastAsia="ko-KR"/>
        </w:rPr>
        <w:t xml:space="preserve"> </w:t>
      </w:r>
      <w:r>
        <w:rPr>
          <w:lang w:eastAsia="ko-KR"/>
        </w:rPr>
        <w:t>의의</w:t>
      </w:r>
    </w:p>
    <w:p w14:paraId="7A8EDEB1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56023232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4.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결과의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  <w:r>
        <w:rPr>
          <w:lang w:eastAsia="ko-KR"/>
        </w:rPr>
        <w:t xml:space="preserve"> </w:t>
      </w:r>
      <w:r>
        <w:rPr>
          <w:lang w:eastAsia="ko-KR"/>
        </w:rPr>
        <w:t>방안</w:t>
      </w:r>
    </w:p>
    <w:p w14:paraId="2D4C98C8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이곳에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입력하십시오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6E8E0AB8" w14:textId="77777777" w:rsidR="00AE6994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5A3E1B6B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참고문헌</w:t>
      </w:r>
    </w:p>
    <w:p w14:paraId="1BAECB57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본문에서</w:t>
      </w:r>
      <w:r>
        <w:rPr>
          <w:lang w:eastAsia="ko-KR"/>
        </w:rPr>
        <w:t xml:space="preserve"> </w:t>
      </w:r>
      <w:r>
        <w:rPr>
          <w:lang w:eastAsia="ko-KR"/>
        </w:rPr>
        <w:t>인용한</w:t>
      </w:r>
      <w:r>
        <w:rPr>
          <w:lang w:eastAsia="ko-KR"/>
        </w:rPr>
        <w:t xml:space="preserve"> </w:t>
      </w: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자료만</w:t>
      </w:r>
      <w:r>
        <w:rPr>
          <w:lang w:eastAsia="ko-KR"/>
        </w:rPr>
        <w:t xml:space="preserve"> </w:t>
      </w:r>
      <w:r>
        <w:rPr>
          <w:lang w:eastAsia="ko-KR"/>
        </w:rPr>
        <w:t>수록하고</w:t>
      </w:r>
      <w:r>
        <w:rPr>
          <w:lang w:eastAsia="ko-KR"/>
        </w:rPr>
        <w:t xml:space="preserve">, </w:t>
      </w:r>
      <w:r>
        <w:rPr>
          <w:lang w:eastAsia="ko-KR"/>
        </w:rPr>
        <w:t>하베스트대학교가</w:t>
      </w:r>
      <w:r>
        <w:rPr>
          <w:lang w:eastAsia="ko-KR"/>
        </w:rPr>
        <w:t xml:space="preserve"> </w:t>
      </w:r>
      <w:r>
        <w:rPr>
          <w:lang w:eastAsia="ko-KR"/>
        </w:rPr>
        <w:t>지정한</w:t>
      </w:r>
      <w:r>
        <w:rPr>
          <w:lang w:eastAsia="ko-KR"/>
        </w:rPr>
        <w:t xml:space="preserve"> </w:t>
      </w:r>
      <w:r>
        <w:rPr>
          <w:lang w:eastAsia="ko-KR"/>
        </w:rPr>
        <w:t>인용</w:t>
      </w:r>
      <w:r>
        <w:rPr>
          <w:lang w:eastAsia="ko-KR"/>
        </w:rPr>
        <w:t>·</w:t>
      </w:r>
      <w:r>
        <w:rPr>
          <w:lang w:eastAsia="ko-KR"/>
        </w:rPr>
        <w:t>참고문헌</w:t>
      </w:r>
      <w:r>
        <w:rPr>
          <w:lang w:eastAsia="ko-KR"/>
        </w:rPr>
        <w:t xml:space="preserve"> </w:t>
      </w:r>
      <w:r>
        <w:rPr>
          <w:lang w:eastAsia="ko-KR"/>
        </w:rPr>
        <w:t>양식으로</w:t>
      </w:r>
      <w:r>
        <w:rPr>
          <w:lang w:eastAsia="ko-KR"/>
        </w:rPr>
        <w:t xml:space="preserve"> </w:t>
      </w:r>
      <w:r>
        <w:rPr>
          <w:lang w:eastAsia="ko-KR"/>
        </w:rPr>
        <w:t>통일하십시오</w:t>
      </w:r>
      <w:r>
        <w:rPr>
          <w:lang w:eastAsia="ko-KR"/>
        </w:rPr>
        <w:t xml:space="preserve">. </w:t>
      </w:r>
      <w:r>
        <w:rPr>
          <w:lang w:eastAsia="ko-KR"/>
        </w:rPr>
        <w:t>아래는</w:t>
      </w:r>
      <w:r>
        <w:rPr>
          <w:lang w:eastAsia="ko-KR"/>
        </w:rPr>
        <w:t xml:space="preserve"> </w:t>
      </w:r>
      <w:r>
        <w:rPr>
          <w:lang w:eastAsia="ko-KR"/>
        </w:rPr>
        <w:t>형식</w:t>
      </w:r>
      <w:r>
        <w:rPr>
          <w:lang w:eastAsia="ko-KR"/>
        </w:rPr>
        <w:t xml:space="preserve"> </w:t>
      </w:r>
      <w:r>
        <w:rPr>
          <w:lang w:eastAsia="ko-KR"/>
        </w:rPr>
        <w:t>입력을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예시</w:t>
      </w:r>
      <w:r>
        <w:rPr>
          <w:lang w:eastAsia="ko-KR"/>
        </w:rPr>
        <w:t xml:space="preserve"> </w:t>
      </w:r>
      <w:r>
        <w:rPr>
          <w:lang w:eastAsia="ko-KR"/>
        </w:rPr>
        <w:t>자리입니다</w:t>
      </w:r>
      <w:r>
        <w:rPr>
          <w:lang w:eastAsia="ko-KR"/>
        </w:rPr>
        <w:t>.</w:t>
      </w:r>
    </w:p>
    <w:p w14:paraId="1BBB7890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문헌</w:t>
      </w:r>
    </w:p>
    <w:p w14:paraId="020CE962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저자</w:t>
      </w:r>
      <w:r>
        <w:rPr>
          <w:lang w:eastAsia="ko-KR"/>
        </w:rPr>
        <w:t xml:space="preserve">. </w:t>
      </w:r>
      <w:r>
        <w:rPr>
          <w:lang w:eastAsia="ko-KR"/>
        </w:rPr>
        <w:t>『서명』</w:t>
      </w:r>
      <w:r>
        <w:rPr>
          <w:lang w:eastAsia="ko-KR"/>
        </w:rPr>
        <w:t xml:space="preserve">. </w:t>
      </w:r>
      <w:r>
        <w:rPr>
          <w:lang w:eastAsia="ko-KR"/>
        </w:rPr>
        <w:t>출판지</w:t>
      </w:r>
      <w:r>
        <w:rPr>
          <w:lang w:eastAsia="ko-KR"/>
        </w:rPr>
        <w:t xml:space="preserve">: </w:t>
      </w:r>
      <w:r>
        <w:rPr>
          <w:lang w:eastAsia="ko-KR"/>
        </w:rPr>
        <w:t>출판사</w:t>
      </w:r>
      <w:r>
        <w:rPr>
          <w:lang w:eastAsia="ko-KR"/>
        </w:rPr>
        <w:t xml:space="preserve">, </w:t>
      </w:r>
      <w:r>
        <w:rPr>
          <w:lang w:eastAsia="ko-KR"/>
        </w:rPr>
        <w:t>연도</w:t>
      </w:r>
      <w:r>
        <w:rPr>
          <w:lang w:eastAsia="ko-KR"/>
        </w:rPr>
        <w:t>.</w:t>
      </w:r>
      <w:r>
        <w:rPr>
          <w:lang w:eastAsia="ko-KR"/>
        </w:rPr>
        <w:br/>
      </w:r>
      <w:r>
        <w:rPr>
          <w:lang w:eastAsia="ko-KR"/>
        </w:rPr>
        <w:t>저자</w:t>
      </w:r>
      <w:r>
        <w:rPr>
          <w:lang w:eastAsia="ko-KR"/>
        </w:rPr>
        <w:t>. “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제목</w:t>
      </w:r>
      <w:r>
        <w:rPr>
          <w:lang w:eastAsia="ko-KR"/>
        </w:rPr>
        <w:t xml:space="preserve">.” </w:t>
      </w:r>
      <w:r>
        <w:rPr>
          <w:lang w:eastAsia="ko-KR"/>
        </w:rPr>
        <w:t>『학술지명』</w:t>
      </w:r>
      <w:r>
        <w:rPr>
          <w:lang w:eastAsia="ko-KR"/>
        </w:rPr>
        <w:t xml:space="preserve"> </w:t>
      </w:r>
      <w:r>
        <w:rPr>
          <w:lang w:eastAsia="ko-KR"/>
        </w:rPr>
        <w:t>권</w:t>
      </w:r>
      <w:r>
        <w:rPr>
          <w:lang w:eastAsia="ko-KR"/>
        </w:rPr>
        <w:t xml:space="preserve">, </w:t>
      </w:r>
      <w:r>
        <w:rPr>
          <w:lang w:eastAsia="ko-KR"/>
        </w:rPr>
        <w:t>호</w:t>
      </w:r>
      <w:r>
        <w:rPr>
          <w:lang w:eastAsia="ko-KR"/>
        </w:rPr>
        <w:t xml:space="preserve"> (</w:t>
      </w:r>
      <w:r>
        <w:rPr>
          <w:lang w:eastAsia="ko-KR"/>
        </w:rPr>
        <w:t>연도</w:t>
      </w:r>
      <w:r>
        <w:rPr>
          <w:lang w:eastAsia="ko-KR"/>
        </w:rPr>
        <w:t xml:space="preserve">): </w:t>
      </w:r>
      <w:r>
        <w:rPr>
          <w:lang w:eastAsia="ko-KR"/>
        </w:rPr>
        <w:t>쪽수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44620980" w14:textId="77777777" w:rsidR="00AE6994" w:rsidRDefault="00000000">
      <w:pPr>
        <w:pStyle w:val="21"/>
      </w:pPr>
      <w:r>
        <w:t xml:space="preserve">2. </w:t>
      </w:r>
      <w:r>
        <w:t>국외</w:t>
      </w:r>
      <w:r>
        <w:t xml:space="preserve"> </w:t>
      </w:r>
      <w:r>
        <w:t>문헌</w:t>
      </w:r>
    </w:p>
    <w:p w14:paraId="0013567D" w14:textId="77777777" w:rsidR="00AE6994" w:rsidRDefault="00000000">
      <w:pPr>
        <w:pStyle w:val="aff2"/>
        <w:keepLines/>
        <w:shd w:val="clear" w:color="auto" w:fill="F2F2F2"/>
      </w:pPr>
      <w:r>
        <w:t>[Author Last Name, First Name. Title. Place: Publisher, Year.</w:t>
      </w:r>
      <w:r>
        <w:br/>
        <w:t>Author. “Article Title.” Journal volume, no. issue (Year): pages.]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0E99B82" w14:textId="77777777" w:rsidR="00AE6994" w:rsidRDefault="00000000">
      <w:pPr>
        <w:pStyle w:val="2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학위논문</w:t>
      </w:r>
      <w:r>
        <w:rPr>
          <w:lang w:eastAsia="ko-KR"/>
        </w:rPr>
        <w:t>·</w:t>
      </w:r>
      <w:r>
        <w:rPr>
          <w:lang w:eastAsia="ko-KR"/>
        </w:rPr>
        <w:t>보고서</w:t>
      </w:r>
      <w:r>
        <w:rPr>
          <w:lang w:eastAsia="ko-KR"/>
        </w:rPr>
        <w:t>·</w:t>
      </w:r>
      <w:r>
        <w:rPr>
          <w:lang w:eastAsia="ko-KR"/>
        </w:rPr>
        <w:t>웹</w:t>
      </w:r>
      <w:r>
        <w:rPr>
          <w:lang w:eastAsia="ko-KR"/>
        </w:rPr>
        <w:t xml:space="preserve"> </w:t>
      </w:r>
      <w:r>
        <w:rPr>
          <w:lang w:eastAsia="ko-KR"/>
        </w:rPr>
        <w:t>자료</w:t>
      </w:r>
    </w:p>
    <w:p w14:paraId="1CFF7025" w14:textId="77777777" w:rsidR="00AE6994" w:rsidRDefault="00000000">
      <w:pPr>
        <w:pStyle w:val="aff2"/>
        <w:keepLines/>
        <w:shd w:val="clear" w:color="auto" w:fill="F2F2F2"/>
        <w:rPr>
          <w:lang w:eastAsia="ko-KR"/>
        </w:rPr>
      </w:pPr>
      <w:r>
        <w:rPr>
          <w:lang w:eastAsia="ko-KR"/>
        </w:rPr>
        <w:t>[</w:t>
      </w:r>
      <w:r>
        <w:rPr>
          <w:lang w:eastAsia="ko-KR"/>
        </w:rPr>
        <w:t>자료</w:t>
      </w:r>
      <w:r>
        <w:rPr>
          <w:lang w:eastAsia="ko-KR"/>
        </w:rPr>
        <w:t xml:space="preserve"> </w:t>
      </w:r>
      <w:r>
        <w:rPr>
          <w:lang w:eastAsia="ko-KR"/>
        </w:rPr>
        <w:t>유형에</w:t>
      </w:r>
      <w:r>
        <w:rPr>
          <w:lang w:eastAsia="ko-KR"/>
        </w:rPr>
        <w:t xml:space="preserve"> </w:t>
      </w:r>
      <w:r>
        <w:rPr>
          <w:lang w:eastAsia="ko-KR"/>
        </w:rPr>
        <w:t>맞는</w:t>
      </w:r>
      <w:r>
        <w:rPr>
          <w:lang w:eastAsia="ko-KR"/>
        </w:rPr>
        <w:t xml:space="preserve"> </w:t>
      </w:r>
      <w:r>
        <w:rPr>
          <w:lang w:eastAsia="ko-KR"/>
        </w:rPr>
        <w:t>완전한</w:t>
      </w:r>
      <w:r>
        <w:rPr>
          <w:lang w:eastAsia="ko-KR"/>
        </w:rPr>
        <w:t xml:space="preserve"> </w:t>
      </w:r>
      <w:r>
        <w:rPr>
          <w:lang w:eastAsia="ko-KR"/>
        </w:rPr>
        <w:t>서지사항과</w:t>
      </w:r>
      <w:r>
        <w:rPr>
          <w:lang w:eastAsia="ko-KR"/>
        </w:rPr>
        <w:t xml:space="preserve"> </w:t>
      </w:r>
      <w:r>
        <w:rPr>
          <w:lang w:eastAsia="ko-KR"/>
        </w:rPr>
        <w:t>접속일을</w:t>
      </w:r>
      <w:r>
        <w:rPr>
          <w:lang w:eastAsia="ko-KR"/>
        </w:rPr>
        <w:t xml:space="preserve"> </w:t>
      </w:r>
      <w:r>
        <w:rPr>
          <w:lang w:eastAsia="ko-KR"/>
        </w:rPr>
        <w:t>기재하십시오</w:t>
      </w:r>
      <w:r>
        <w:rPr>
          <w:lang w:eastAsia="ko-KR"/>
        </w:rPr>
        <w:t>.]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lang w:eastAsia="ko-KR"/>
        </w:rPr>
        <w:br/>
      </w:r>
    </w:p>
    <w:p w14:paraId="0E7DF921" w14:textId="77777777" w:rsidR="00AE6994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11CB19F1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부록</w:t>
      </w:r>
    </w:p>
    <w:p w14:paraId="37AEF9CF" w14:textId="77777777" w:rsidR="00AE6994" w:rsidRDefault="00000000">
      <w:pPr>
        <w:pStyle w:val="aff1"/>
        <w:rPr>
          <w:lang w:eastAsia="ko-KR"/>
        </w:rPr>
      </w:pPr>
      <w:r>
        <w:rPr>
          <w:lang w:eastAsia="ko-KR"/>
        </w:rPr>
        <w:t>〔작성</w:t>
      </w:r>
      <w:r>
        <w:rPr>
          <w:lang w:eastAsia="ko-KR"/>
        </w:rPr>
        <w:t xml:space="preserve"> </w:t>
      </w:r>
      <w:r>
        <w:rPr>
          <w:lang w:eastAsia="ko-KR"/>
        </w:rPr>
        <w:t>안내〕</w:t>
      </w:r>
      <w:r>
        <w:rPr>
          <w:lang w:eastAsia="ko-KR"/>
        </w:rPr>
        <w:t xml:space="preserve"> </w:t>
      </w:r>
      <w:r>
        <w:rPr>
          <w:lang w:eastAsia="ko-KR"/>
        </w:rPr>
        <w:t>연구에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사용할</w:t>
      </w:r>
      <w:r>
        <w:rPr>
          <w:lang w:eastAsia="ko-KR"/>
        </w:rPr>
        <w:t xml:space="preserve"> </w:t>
      </w:r>
      <w:r>
        <w:rPr>
          <w:lang w:eastAsia="ko-KR"/>
        </w:rPr>
        <w:t>자료만</w:t>
      </w:r>
      <w:r>
        <w:rPr>
          <w:lang w:eastAsia="ko-KR"/>
        </w:rPr>
        <w:t xml:space="preserve"> </w:t>
      </w:r>
      <w:r>
        <w:rPr>
          <w:lang w:eastAsia="ko-KR"/>
        </w:rPr>
        <w:t>첨부하십시오</w:t>
      </w:r>
      <w:r>
        <w:rPr>
          <w:lang w:eastAsia="ko-KR"/>
        </w:rPr>
        <w:t xml:space="preserve">. </w:t>
      </w:r>
      <w:r>
        <w:rPr>
          <w:lang w:eastAsia="ko-KR"/>
        </w:rPr>
        <w:t>각</w:t>
      </w:r>
      <w:r>
        <w:rPr>
          <w:lang w:eastAsia="ko-KR"/>
        </w:rPr>
        <w:t xml:space="preserve"> </w:t>
      </w:r>
      <w:r>
        <w:rPr>
          <w:lang w:eastAsia="ko-KR"/>
        </w:rPr>
        <w:t>부록은</w:t>
      </w:r>
      <w:r>
        <w:rPr>
          <w:lang w:eastAsia="ko-KR"/>
        </w:rPr>
        <w:t xml:space="preserve"> </w:t>
      </w:r>
      <w:r>
        <w:rPr>
          <w:lang w:eastAsia="ko-KR"/>
        </w:rPr>
        <w:t>새</w:t>
      </w:r>
      <w:r>
        <w:rPr>
          <w:lang w:eastAsia="ko-KR"/>
        </w:rPr>
        <w:t xml:space="preserve"> </w:t>
      </w:r>
      <w:r>
        <w:rPr>
          <w:lang w:eastAsia="ko-KR"/>
        </w:rPr>
        <w:t>페이지에서</w:t>
      </w:r>
      <w:r>
        <w:rPr>
          <w:lang w:eastAsia="ko-KR"/>
        </w:rPr>
        <w:t xml:space="preserve"> </w:t>
      </w:r>
      <w:r>
        <w:rPr>
          <w:lang w:eastAsia="ko-KR"/>
        </w:rPr>
        <w:t>시작하고</w:t>
      </w:r>
      <w:r>
        <w:rPr>
          <w:lang w:eastAsia="ko-KR"/>
        </w:rPr>
        <w:t xml:space="preserve"> </w:t>
      </w:r>
      <w:r>
        <w:rPr>
          <w:lang w:eastAsia="ko-KR"/>
        </w:rPr>
        <w:t>번호와</w:t>
      </w:r>
      <w:r>
        <w:rPr>
          <w:lang w:eastAsia="ko-KR"/>
        </w:rPr>
        <w:t xml:space="preserve"> </w:t>
      </w:r>
      <w:r>
        <w:rPr>
          <w:lang w:eastAsia="ko-KR"/>
        </w:rPr>
        <w:t>제목을</w:t>
      </w:r>
      <w:r>
        <w:rPr>
          <w:lang w:eastAsia="ko-KR"/>
        </w:rPr>
        <w:t xml:space="preserve"> </w:t>
      </w:r>
      <w:r>
        <w:rPr>
          <w:lang w:eastAsia="ko-KR"/>
        </w:rPr>
        <w:t>부여합니다</w:t>
      </w:r>
      <w:r>
        <w:rPr>
          <w:lang w:eastAsia="ko-KR"/>
        </w:rPr>
        <w:t>.</w:t>
      </w:r>
    </w:p>
    <w:p w14:paraId="4EB24A12" w14:textId="77777777" w:rsidR="00AE6994" w:rsidRDefault="00000000">
      <w:pPr>
        <w:ind w:firstLine="0"/>
        <w:rPr>
          <w:lang w:eastAsia="ko-KR"/>
        </w:rPr>
      </w:pPr>
      <w:r>
        <w:rPr>
          <w:lang w:eastAsia="ko-KR"/>
        </w:rPr>
        <w:t>부록</w:t>
      </w:r>
      <w:r>
        <w:rPr>
          <w:lang w:eastAsia="ko-KR"/>
        </w:rPr>
        <w:t xml:space="preserve"> 1.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설명문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동의서</w:t>
      </w:r>
    </w:p>
    <w:p w14:paraId="28D08682" w14:textId="77777777" w:rsidR="00AE6994" w:rsidRDefault="00000000">
      <w:pPr>
        <w:ind w:firstLine="0"/>
        <w:rPr>
          <w:lang w:eastAsia="ko-KR"/>
        </w:rPr>
      </w:pPr>
      <w:r>
        <w:rPr>
          <w:lang w:eastAsia="ko-KR"/>
        </w:rPr>
        <w:t>부록</w:t>
      </w:r>
      <w:r>
        <w:rPr>
          <w:lang w:eastAsia="ko-KR"/>
        </w:rPr>
        <w:t xml:space="preserve"> 2. </w:t>
      </w:r>
      <w:r>
        <w:rPr>
          <w:lang w:eastAsia="ko-KR"/>
        </w:rPr>
        <w:t>설문지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면담</w:t>
      </w:r>
      <w:r>
        <w:rPr>
          <w:lang w:eastAsia="ko-KR"/>
        </w:rPr>
        <w:t xml:space="preserve"> </w:t>
      </w:r>
      <w:r>
        <w:rPr>
          <w:lang w:eastAsia="ko-KR"/>
        </w:rPr>
        <w:t>질문지</w:t>
      </w:r>
    </w:p>
    <w:p w14:paraId="62C4E744" w14:textId="77777777" w:rsidR="00AE6994" w:rsidRDefault="00000000">
      <w:pPr>
        <w:ind w:firstLine="0"/>
        <w:rPr>
          <w:lang w:eastAsia="ko-KR"/>
        </w:rPr>
      </w:pPr>
      <w:r>
        <w:rPr>
          <w:lang w:eastAsia="ko-KR"/>
        </w:rPr>
        <w:t>부록</w:t>
      </w:r>
      <w:r>
        <w:rPr>
          <w:lang w:eastAsia="ko-KR"/>
        </w:rPr>
        <w:t xml:space="preserve"> 3. </w:t>
      </w:r>
      <w:r>
        <w:rPr>
          <w:lang w:eastAsia="ko-KR"/>
        </w:rPr>
        <w:t>관찰</w:t>
      </w:r>
      <w:r>
        <w:rPr>
          <w:lang w:eastAsia="ko-KR"/>
        </w:rPr>
        <w:t>·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기록</w:t>
      </w:r>
      <w:r>
        <w:rPr>
          <w:lang w:eastAsia="ko-KR"/>
        </w:rPr>
        <w:t xml:space="preserve"> </w:t>
      </w:r>
      <w:r>
        <w:rPr>
          <w:lang w:eastAsia="ko-KR"/>
        </w:rPr>
        <w:t>양식</w:t>
      </w:r>
    </w:p>
    <w:p w14:paraId="36E904D4" w14:textId="77777777" w:rsidR="00AE6994" w:rsidRDefault="00000000">
      <w:pPr>
        <w:ind w:firstLine="0"/>
        <w:rPr>
          <w:lang w:eastAsia="ko-KR"/>
        </w:rPr>
      </w:pPr>
      <w:r>
        <w:rPr>
          <w:lang w:eastAsia="ko-KR"/>
        </w:rPr>
        <w:t>부록</w:t>
      </w:r>
      <w:r>
        <w:rPr>
          <w:lang w:eastAsia="ko-KR"/>
        </w:rPr>
        <w:t xml:space="preserve"> 4. </w:t>
      </w:r>
      <w:r>
        <w:rPr>
          <w:lang w:eastAsia="ko-KR"/>
        </w:rPr>
        <w:t>프로그램</w:t>
      </w:r>
      <w:r>
        <w:rPr>
          <w:lang w:eastAsia="ko-KR"/>
        </w:rPr>
        <w:t xml:space="preserve"> </w:t>
      </w:r>
      <w:r>
        <w:rPr>
          <w:lang w:eastAsia="ko-KR"/>
        </w:rPr>
        <w:t>지도안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연구도구</w:t>
      </w:r>
    </w:p>
    <w:p w14:paraId="246B0CCA" w14:textId="77777777" w:rsidR="00AE6994" w:rsidRDefault="00000000">
      <w:pPr>
        <w:ind w:firstLine="0"/>
        <w:rPr>
          <w:lang w:eastAsia="ko-KR"/>
        </w:rPr>
      </w:pPr>
      <w:r>
        <w:rPr>
          <w:lang w:eastAsia="ko-KR"/>
        </w:rPr>
        <w:t>부록</w:t>
      </w:r>
      <w:r>
        <w:rPr>
          <w:lang w:eastAsia="ko-KR"/>
        </w:rPr>
        <w:t xml:space="preserve"> 5. </w:t>
      </w:r>
      <w:r>
        <w:rPr>
          <w:lang w:eastAsia="ko-KR"/>
        </w:rPr>
        <w:t>기관</w:t>
      </w:r>
      <w:r>
        <w:rPr>
          <w:lang w:eastAsia="ko-KR"/>
        </w:rPr>
        <w:t xml:space="preserve"> </w:t>
      </w:r>
      <w:r>
        <w:rPr>
          <w:lang w:eastAsia="ko-KR"/>
        </w:rPr>
        <w:t>협조문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윤리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서류</w:t>
      </w:r>
    </w:p>
    <w:p w14:paraId="39D657B5" w14:textId="77777777" w:rsidR="00AE6994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6EEF88AD" w14:textId="77777777" w:rsidR="00AE6994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최종</w:t>
      </w:r>
      <w:r>
        <w:rPr>
          <w:lang w:eastAsia="ko-KR"/>
        </w:rPr>
        <w:t xml:space="preserve"> </w:t>
      </w:r>
      <w:r>
        <w:rPr>
          <w:lang w:eastAsia="ko-KR"/>
        </w:rPr>
        <w:t>제출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점검표</w:t>
      </w:r>
    </w:p>
    <w:p w14:paraId="765B5173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제목</w:t>
      </w:r>
      <w:r>
        <w:rPr>
          <w:lang w:eastAsia="ko-KR"/>
        </w:rPr>
        <w:t xml:space="preserve">,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  <w:r>
        <w:rPr>
          <w:lang w:eastAsia="ko-KR"/>
        </w:rPr>
        <w:t xml:space="preserve">,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질문과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방법이</w:t>
      </w:r>
      <w:r>
        <w:rPr>
          <w:lang w:eastAsia="ko-KR"/>
        </w:rPr>
        <w:t xml:space="preserve"> </w:t>
      </w:r>
      <w:r>
        <w:rPr>
          <w:lang w:eastAsia="ko-KR"/>
        </w:rPr>
        <w:t>서로</w:t>
      </w:r>
      <w:r>
        <w:rPr>
          <w:lang w:eastAsia="ko-KR"/>
        </w:rPr>
        <w:t xml:space="preserve"> </w:t>
      </w:r>
      <w:r>
        <w:rPr>
          <w:lang w:eastAsia="ko-KR"/>
        </w:rPr>
        <w:t>일치한다</w:t>
      </w:r>
      <w:r>
        <w:rPr>
          <w:lang w:eastAsia="ko-KR"/>
        </w:rPr>
        <w:t>.</w:t>
      </w:r>
    </w:p>
    <w:p w14:paraId="2850ABAE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선행연구를</w:t>
      </w:r>
      <w:r>
        <w:rPr>
          <w:lang w:eastAsia="ko-KR"/>
        </w:rPr>
        <w:t xml:space="preserve"> </w:t>
      </w:r>
      <w:r>
        <w:rPr>
          <w:lang w:eastAsia="ko-KR"/>
        </w:rPr>
        <w:t>단순</w:t>
      </w:r>
      <w:r>
        <w:rPr>
          <w:lang w:eastAsia="ko-KR"/>
        </w:rPr>
        <w:t xml:space="preserve"> </w:t>
      </w:r>
      <w:r>
        <w:rPr>
          <w:lang w:eastAsia="ko-KR"/>
        </w:rPr>
        <w:t>나열하지</w:t>
      </w:r>
      <w:r>
        <w:rPr>
          <w:lang w:eastAsia="ko-KR"/>
        </w:rPr>
        <w:t xml:space="preserve"> </w:t>
      </w:r>
      <w:r>
        <w:rPr>
          <w:lang w:eastAsia="ko-KR"/>
        </w:rPr>
        <w:t>않고</w:t>
      </w:r>
      <w:r>
        <w:rPr>
          <w:lang w:eastAsia="ko-KR"/>
        </w:rPr>
        <w:t xml:space="preserve">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공백과</w:t>
      </w:r>
      <w:r>
        <w:rPr>
          <w:lang w:eastAsia="ko-KR"/>
        </w:rPr>
        <w:t xml:space="preserve"> </w:t>
      </w:r>
      <w:r>
        <w:rPr>
          <w:lang w:eastAsia="ko-KR"/>
        </w:rPr>
        <w:t>차별성을</w:t>
      </w:r>
      <w:r>
        <w:rPr>
          <w:lang w:eastAsia="ko-KR"/>
        </w:rPr>
        <w:t xml:space="preserve"> </w:t>
      </w:r>
      <w:r>
        <w:rPr>
          <w:lang w:eastAsia="ko-KR"/>
        </w:rPr>
        <w:t>제시했다</w:t>
      </w:r>
      <w:r>
        <w:rPr>
          <w:lang w:eastAsia="ko-KR"/>
        </w:rPr>
        <w:t>.</w:t>
      </w:r>
    </w:p>
    <w:p w14:paraId="39D6F246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연구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>·</w:t>
      </w:r>
      <w:r>
        <w:rPr>
          <w:lang w:eastAsia="ko-KR"/>
        </w:rPr>
        <w:t>자료</w:t>
      </w:r>
      <w:r>
        <w:rPr>
          <w:lang w:eastAsia="ko-KR"/>
        </w:rPr>
        <w:t>·</w:t>
      </w:r>
      <w:r>
        <w:rPr>
          <w:lang w:eastAsia="ko-KR"/>
        </w:rPr>
        <w:t>절차</w:t>
      </w:r>
      <w:r>
        <w:rPr>
          <w:lang w:eastAsia="ko-KR"/>
        </w:rPr>
        <w:t>·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방법을</w:t>
      </w:r>
      <w:r>
        <w:rPr>
          <w:lang w:eastAsia="ko-KR"/>
        </w:rPr>
        <w:t xml:space="preserve"> </w:t>
      </w:r>
      <w:r>
        <w:rPr>
          <w:lang w:eastAsia="ko-KR"/>
        </w:rPr>
        <w:t>다른</w:t>
      </w:r>
      <w:r>
        <w:rPr>
          <w:lang w:eastAsia="ko-KR"/>
        </w:rPr>
        <w:t xml:space="preserve"> </w:t>
      </w:r>
      <w:r>
        <w:rPr>
          <w:lang w:eastAsia="ko-KR"/>
        </w:rPr>
        <w:t>연구자가</w:t>
      </w:r>
      <w:r>
        <w:rPr>
          <w:lang w:eastAsia="ko-KR"/>
        </w:rPr>
        <w:t xml:space="preserve"> </w:t>
      </w:r>
      <w:r>
        <w:rPr>
          <w:lang w:eastAsia="ko-KR"/>
        </w:rPr>
        <w:t>이해할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있도록</w:t>
      </w:r>
      <w:r>
        <w:rPr>
          <w:lang w:eastAsia="ko-KR"/>
        </w:rPr>
        <w:t xml:space="preserve"> </w:t>
      </w:r>
      <w:r>
        <w:rPr>
          <w:lang w:eastAsia="ko-KR"/>
        </w:rPr>
        <w:t>구체적으로</w:t>
      </w:r>
      <w:r>
        <w:rPr>
          <w:lang w:eastAsia="ko-KR"/>
        </w:rPr>
        <w:t xml:space="preserve"> </w:t>
      </w:r>
      <w:r>
        <w:rPr>
          <w:lang w:eastAsia="ko-KR"/>
        </w:rPr>
        <w:t>작성했다</w:t>
      </w:r>
      <w:r>
        <w:rPr>
          <w:lang w:eastAsia="ko-KR"/>
        </w:rPr>
        <w:t>.</w:t>
      </w:r>
    </w:p>
    <w:p w14:paraId="06194CE3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본문</w:t>
      </w:r>
      <w:r>
        <w:rPr>
          <w:lang w:eastAsia="ko-KR"/>
        </w:rPr>
        <w:t xml:space="preserve"> </w:t>
      </w:r>
      <w:r>
        <w:rPr>
          <w:lang w:eastAsia="ko-KR"/>
        </w:rPr>
        <w:t>인용과</w:t>
      </w:r>
      <w:r>
        <w:rPr>
          <w:lang w:eastAsia="ko-KR"/>
        </w:rPr>
        <w:t xml:space="preserve"> </w:t>
      </w:r>
      <w:r>
        <w:rPr>
          <w:lang w:eastAsia="ko-KR"/>
        </w:rPr>
        <w:t>참고문헌</w:t>
      </w:r>
      <w:r>
        <w:rPr>
          <w:lang w:eastAsia="ko-KR"/>
        </w:rPr>
        <w:t xml:space="preserve"> </w:t>
      </w:r>
      <w:r>
        <w:rPr>
          <w:lang w:eastAsia="ko-KR"/>
        </w:rPr>
        <w:t>항목이</w:t>
      </w:r>
      <w:r>
        <w:rPr>
          <w:lang w:eastAsia="ko-KR"/>
        </w:rPr>
        <w:t xml:space="preserve"> </w:t>
      </w:r>
      <w:r>
        <w:rPr>
          <w:lang w:eastAsia="ko-KR"/>
        </w:rPr>
        <w:t>빠짐없이</w:t>
      </w:r>
      <w:r>
        <w:rPr>
          <w:lang w:eastAsia="ko-KR"/>
        </w:rPr>
        <w:t xml:space="preserve"> </w:t>
      </w:r>
      <w:r>
        <w:rPr>
          <w:lang w:eastAsia="ko-KR"/>
        </w:rPr>
        <w:t>서로</w:t>
      </w:r>
      <w:r>
        <w:rPr>
          <w:lang w:eastAsia="ko-KR"/>
        </w:rPr>
        <w:t xml:space="preserve"> </w:t>
      </w:r>
      <w:r>
        <w:rPr>
          <w:lang w:eastAsia="ko-KR"/>
        </w:rPr>
        <w:t>대응한다</w:t>
      </w:r>
      <w:r>
        <w:rPr>
          <w:lang w:eastAsia="ko-KR"/>
        </w:rPr>
        <w:t>.</w:t>
      </w:r>
    </w:p>
    <w:p w14:paraId="13A751B2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표절</w:t>
      </w:r>
      <w:r>
        <w:rPr>
          <w:lang w:eastAsia="ko-KR"/>
        </w:rPr>
        <w:t xml:space="preserve">, </w:t>
      </w:r>
      <w:r>
        <w:rPr>
          <w:lang w:eastAsia="ko-KR"/>
        </w:rPr>
        <w:t>중복게재</w:t>
      </w:r>
      <w:r>
        <w:rPr>
          <w:lang w:eastAsia="ko-KR"/>
        </w:rPr>
        <w:t xml:space="preserve">, </w:t>
      </w:r>
      <w:r>
        <w:rPr>
          <w:lang w:eastAsia="ko-KR"/>
        </w:rPr>
        <w:t>자료</w:t>
      </w:r>
      <w:r>
        <w:rPr>
          <w:lang w:eastAsia="ko-KR"/>
        </w:rPr>
        <w:t xml:space="preserve"> </w:t>
      </w:r>
      <w:r>
        <w:rPr>
          <w:lang w:eastAsia="ko-KR"/>
        </w:rPr>
        <w:t>조작</w:t>
      </w:r>
      <w:r>
        <w:rPr>
          <w:lang w:eastAsia="ko-KR"/>
        </w:rPr>
        <w:t>·</w:t>
      </w:r>
      <w:r>
        <w:rPr>
          <w:lang w:eastAsia="ko-KR"/>
        </w:rPr>
        <w:t>변조</w:t>
      </w:r>
      <w:r>
        <w:rPr>
          <w:lang w:eastAsia="ko-KR"/>
        </w:rPr>
        <w:t>·</w:t>
      </w:r>
      <w:r>
        <w:rPr>
          <w:lang w:eastAsia="ko-KR"/>
        </w:rPr>
        <w:t>위조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연구윤리</w:t>
      </w:r>
      <w:r>
        <w:rPr>
          <w:lang w:eastAsia="ko-KR"/>
        </w:rPr>
        <w:t xml:space="preserve"> </w:t>
      </w:r>
      <w:r>
        <w:rPr>
          <w:lang w:eastAsia="ko-KR"/>
        </w:rPr>
        <w:t>문제를</w:t>
      </w:r>
      <w:r>
        <w:rPr>
          <w:lang w:eastAsia="ko-KR"/>
        </w:rPr>
        <w:t xml:space="preserve"> </w:t>
      </w:r>
      <w:r>
        <w:rPr>
          <w:lang w:eastAsia="ko-KR"/>
        </w:rPr>
        <w:t>점검했다</w:t>
      </w:r>
      <w:r>
        <w:rPr>
          <w:lang w:eastAsia="ko-KR"/>
        </w:rPr>
        <w:t>.</w:t>
      </w:r>
    </w:p>
    <w:p w14:paraId="14F5DA1B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인간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연구에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동의</w:t>
      </w:r>
      <w:r>
        <w:rPr>
          <w:lang w:eastAsia="ko-KR"/>
        </w:rPr>
        <w:t xml:space="preserve">,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보호</w:t>
      </w:r>
      <w:r>
        <w:rPr>
          <w:lang w:eastAsia="ko-KR"/>
        </w:rPr>
        <w:t xml:space="preserve">,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대응과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절차를</w:t>
      </w:r>
      <w:r>
        <w:rPr>
          <w:lang w:eastAsia="ko-KR"/>
        </w:rPr>
        <w:t xml:space="preserve"> </w:t>
      </w:r>
      <w:r>
        <w:rPr>
          <w:lang w:eastAsia="ko-KR"/>
        </w:rPr>
        <w:t>마련했다</w:t>
      </w:r>
      <w:r>
        <w:rPr>
          <w:lang w:eastAsia="ko-KR"/>
        </w:rPr>
        <w:t>.</w:t>
      </w:r>
    </w:p>
    <w:p w14:paraId="36BCF961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학교</w:t>
      </w:r>
      <w:r>
        <w:rPr>
          <w:lang w:eastAsia="ko-KR"/>
        </w:rPr>
        <w:t xml:space="preserve"> </w:t>
      </w:r>
      <w:r>
        <w:rPr>
          <w:lang w:eastAsia="ko-KR"/>
        </w:rPr>
        <w:t>지정</w:t>
      </w:r>
      <w:r>
        <w:rPr>
          <w:lang w:eastAsia="ko-KR"/>
        </w:rPr>
        <w:t xml:space="preserve"> </w:t>
      </w:r>
      <w:r>
        <w:rPr>
          <w:lang w:eastAsia="ko-KR"/>
        </w:rPr>
        <w:t>글꼴</w:t>
      </w:r>
      <w:r>
        <w:rPr>
          <w:lang w:eastAsia="ko-KR"/>
        </w:rPr>
        <w:t xml:space="preserve">, </w:t>
      </w:r>
      <w:r>
        <w:rPr>
          <w:lang w:eastAsia="ko-KR"/>
        </w:rPr>
        <w:t>여백</w:t>
      </w:r>
      <w:r>
        <w:rPr>
          <w:lang w:eastAsia="ko-KR"/>
        </w:rPr>
        <w:t xml:space="preserve">, </w:t>
      </w:r>
      <w:r>
        <w:rPr>
          <w:lang w:eastAsia="ko-KR"/>
        </w:rPr>
        <w:t>제목</w:t>
      </w:r>
      <w:r>
        <w:rPr>
          <w:lang w:eastAsia="ko-KR"/>
        </w:rPr>
        <w:t xml:space="preserve"> </w:t>
      </w:r>
      <w:r>
        <w:rPr>
          <w:lang w:eastAsia="ko-KR"/>
        </w:rPr>
        <w:t>단계</w:t>
      </w:r>
      <w:r>
        <w:rPr>
          <w:lang w:eastAsia="ko-KR"/>
        </w:rPr>
        <w:t xml:space="preserve">, </w:t>
      </w:r>
      <w:r>
        <w:rPr>
          <w:lang w:eastAsia="ko-KR"/>
        </w:rPr>
        <w:t>쪽</w:t>
      </w:r>
      <w:r>
        <w:rPr>
          <w:lang w:eastAsia="ko-KR"/>
        </w:rPr>
        <w:t xml:space="preserve"> </w:t>
      </w:r>
      <w:r>
        <w:rPr>
          <w:lang w:eastAsia="ko-KR"/>
        </w:rPr>
        <w:t>번호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참고문헌</w:t>
      </w:r>
      <w:r>
        <w:rPr>
          <w:lang w:eastAsia="ko-KR"/>
        </w:rPr>
        <w:t xml:space="preserve"> </w:t>
      </w:r>
      <w:r>
        <w:rPr>
          <w:lang w:eastAsia="ko-KR"/>
        </w:rPr>
        <w:t>형식을</w:t>
      </w:r>
      <w:r>
        <w:rPr>
          <w:lang w:eastAsia="ko-KR"/>
        </w:rPr>
        <w:t xml:space="preserve"> </w:t>
      </w:r>
      <w:r>
        <w:rPr>
          <w:lang w:eastAsia="ko-KR"/>
        </w:rPr>
        <w:t>확인했다</w:t>
      </w:r>
      <w:r>
        <w:rPr>
          <w:lang w:eastAsia="ko-KR"/>
        </w:rPr>
        <w:t>.</w:t>
      </w:r>
    </w:p>
    <w:p w14:paraId="0AB7C13A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맞춤법</w:t>
      </w:r>
      <w:r>
        <w:rPr>
          <w:lang w:eastAsia="ko-KR"/>
        </w:rPr>
        <w:t xml:space="preserve">, </w:t>
      </w:r>
      <w:r>
        <w:rPr>
          <w:lang w:eastAsia="ko-KR"/>
        </w:rPr>
        <w:t>띄어쓰기</w:t>
      </w:r>
      <w:r>
        <w:rPr>
          <w:lang w:eastAsia="ko-KR"/>
        </w:rPr>
        <w:t xml:space="preserve">, </w:t>
      </w:r>
      <w:r>
        <w:rPr>
          <w:lang w:eastAsia="ko-KR"/>
        </w:rPr>
        <w:t>외국어</w:t>
      </w:r>
      <w:r>
        <w:rPr>
          <w:lang w:eastAsia="ko-KR"/>
        </w:rPr>
        <w:t xml:space="preserve"> </w:t>
      </w:r>
      <w:r>
        <w:rPr>
          <w:lang w:eastAsia="ko-KR"/>
        </w:rPr>
        <w:t>표기</w:t>
      </w:r>
      <w:r>
        <w:rPr>
          <w:lang w:eastAsia="ko-KR"/>
        </w:rPr>
        <w:t xml:space="preserve">, </w:t>
      </w:r>
      <w:r>
        <w:rPr>
          <w:lang w:eastAsia="ko-KR"/>
        </w:rPr>
        <w:t>표</w:t>
      </w:r>
      <w:r>
        <w:rPr>
          <w:lang w:eastAsia="ko-KR"/>
        </w:rPr>
        <w:t>·</w:t>
      </w:r>
      <w:r>
        <w:rPr>
          <w:lang w:eastAsia="ko-KR"/>
        </w:rPr>
        <w:t>그림</w:t>
      </w:r>
      <w:r>
        <w:rPr>
          <w:lang w:eastAsia="ko-KR"/>
        </w:rPr>
        <w:t xml:space="preserve"> </w:t>
      </w:r>
      <w:r>
        <w:rPr>
          <w:lang w:eastAsia="ko-KR"/>
        </w:rPr>
        <w:t>번호와</w:t>
      </w:r>
      <w:r>
        <w:rPr>
          <w:lang w:eastAsia="ko-KR"/>
        </w:rPr>
        <w:t xml:space="preserve"> </w:t>
      </w:r>
      <w:r>
        <w:rPr>
          <w:lang w:eastAsia="ko-KR"/>
        </w:rPr>
        <w:t>출처를</w:t>
      </w:r>
      <w:r>
        <w:rPr>
          <w:lang w:eastAsia="ko-KR"/>
        </w:rPr>
        <w:t xml:space="preserve"> </w:t>
      </w:r>
      <w:r>
        <w:rPr>
          <w:lang w:eastAsia="ko-KR"/>
        </w:rPr>
        <w:t>교정했다</w:t>
      </w:r>
      <w:r>
        <w:rPr>
          <w:lang w:eastAsia="ko-KR"/>
        </w:rPr>
        <w:t>.</w:t>
      </w:r>
    </w:p>
    <w:p w14:paraId="467C9062" w14:textId="77777777" w:rsidR="00AE6994" w:rsidRDefault="00000000">
      <w:pPr>
        <w:spacing w:line="360" w:lineRule="auto"/>
        <w:ind w:firstLine="0"/>
        <w:rPr>
          <w:lang w:eastAsia="ko-KR"/>
        </w:rPr>
      </w:pPr>
      <w:r>
        <w:rPr>
          <w:lang w:eastAsia="ko-KR"/>
        </w:rPr>
        <w:t xml:space="preserve">☐  </w:t>
      </w:r>
      <w:r>
        <w:rPr>
          <w:lang w:eastAsia="ko-KR"/>
        </w:rPr>
        <w:t>지도교수의</w:t>
      </w:r>
      <w:r>
        <w:rPr>
          <w:lang w:eastAsia="ko-KR"/>
        </w:rPr>
        <w:t xml:space="preserve"> </w:t>
      </w:r>
      <w:r>
        <w:rPr>
          <w:lang w:eastAsia="ko-KR"/>
        </w:rPr>
        <w:t>수정</w:t>
      </w:r>
      <w:r>
        <w:rPr>
          <w:lang w:eastAsia="ko-KR"/>
        </w:rPr>
        <w:t xml:space="preserve"> </w:t>
      </w:r>
      <w:r>
        <w:rPr>
          <w:lang w:eastAsia="ko-KR"/>
        </w:rPr>
        <w:t>지시를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반영하고</w:t>
      </w:r>
      <w:r>
        <w:rPr>
          <w:lang w:eastAsia="ko-KR"/>
        </w:rPr>
        <w:t xml:space="preserve">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확인을</w:t>
      </w:r>
      <w:r>
        <w:rPr>
          <w:lang w:eastAsia="ko-KR"/>
        </w:rPr>
        <w:t xml:space="preserve"> </w:t>
      </w:r>
      <w:r>
        <w:rPr>
          <w:lang w:eastAsia="ko-KR"/>
        </w:rPr>
        <w:t>받았다</w:t>
      </w:r>
      <w:r>
        <w:rPr>
          <w:lang w:eastAsia="ko-KR"/>
        </w:rPr>
        <w:t>.</w:t>
      </w:r>
    </w:p>
    <w:p w14:paraId="33BBCFED" w14:textId="77777777" w:rsidR="00AE6994" w:rsidRDefault="00AE6994">
      <w:pPr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000"/>
        <w:gridCol w:w="2200"/>
        <w:gridCol w:w="2160"/>
      </w:tblGrid>
      <w:tr w:rsidR="00AE6994" w14:paraId="47060D80" w14:textId="77777777">
        <w:trPr>
          <w:tblHeader/>
          <w:jc w:val="center"/>
        </w:trPr>
        <w:tc>
          <w:tcPr>
            <w:tcW w:w="15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248626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확인자</w:t>
            </w:r>
          </w:p>
        </w:tc>
        <w:tc>
          <w:tcPr>
            <w:tcW w:w="20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3B2B7B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220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FFF90D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서명</w:t>
            </w:r>
          </w:p>
        </w:tc>
        <w:tc>
          <w:tcPr>
            <w:tcW w:w="216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027317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b/>
                <w:sz w:val="18"/>
              </w:rPr>
              <w:t>확인일</w:t>
            </w:r>
          </w:p>
        </w:tc>
      </w:tr>
      <w:tr w:rsidR="00AE6994" w14:paraId="53B49567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40C0AA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연구자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2C1971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D8DC2B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________________</w:t>
            </w: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832879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</w:t>
            </w:r>
            <w:r>
              <w:rPr>
                <w:sz w:val="18"/>
              </w:rPr>
              <w:t>년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월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일</w:t>
            </w:r>
          </w:p>
        </w:tc>
      </w:tr>
      <w:tr w:rsidR="00AE6994" w14:paraId="42CB33E1" w14:textId="77777777">
        <w:trPr>
          <w:jc w:val="center"/>
        </w:trPr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D47C64" w14:textId="77777777" w:rsidR="00AE6994" w:rsidRDefault="00000000">
            <w:pPr>
              <w:spacing w:line="276" w:lineRule="auto"/>
              <w:ind w:firstLine="0"/>
              <w:jc w:val="center"/>
            </w:pPr>
            <w:r>
              <w:rPr>
                <w:sz w:val="18"/>
              </w:rPr>
              <w:t>지도교수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B4D85A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color w:val="555555"/>
                <w:sz w:val="18"/>
              </w:rPr>
              <w:t>[</w:t>
            </w:r>
            <w:r>
              <w:rPr>
                <w:color w:val="555555"/>
                <w:sz w:val="18"/>
              </w:rPr>
              <w:t>성명</w:t>
            </w:r>
            <w:r>
              <w:rPr>
                <w:color w:val="555555"/>
                <w:sz w:val="18"/>
              </w:rPr>
              <w:t>]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DCCE3C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________________</w:t>
            </w: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E0AFF6" w14:textId="77777777" w:rsidR="00AE6994" w:rsidRDefault="00000000">
            <w:pPr>
              <w:spacing w:line="276" w:lineRule="auto"/>
              <w:ind w:firstLine="0"/>
              <w:jc w:val="left"/>
            </w:pPr>
            <w:r>
              <w:rPr>
                <w:sz w:val="18"/>
              </w:rPr>
              <w:t>____</w:t>
            </w:r>
            <w:r>
              <w:rPr>
                <w:sz w:val="18"/>
              </w:rPr>
              <w:t>년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월</w:t>
            </w:r>
            <w:r>
              <w:rPr>
                <w:sz w:val="18"/>
              </w:rPr>
              <w:t xml:space="preserve"> __</w:t>
            </w:r>
            <w:r>
              <w:rPr>
                <w:sz w:val="18"/>
              </w:rPr>
              <w:t>일</w:t>
            </w:r>
          </w:p>
        </w:tc>
      </w:tr>
    </w:tbl>
    <w:p w14:paraId="08920B78" w14:textId="77777777" w:rsidR="00AE6994" w:rsidRDefault="00AE6994"/>
    <w:sectPr w:rsidR="00AE6994" w:rsidSect="00034616">
      <w:footerReference w:type="default" r:id="rId8"/>
      <w:pgSz w:w="12240" w:h="15840"/>
      <w:pgMar w:top="1440" w:right="1440" w:bottom="1440" w:left="2160" w:header="504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1154" w14:textId="77777777" w:rsidR="00FB6CA2" w:rsidRDefault="00FB6CA2">
      <w:pPr>
        <w:spacing w:line="240" w:lineRule="auto"/>
      </w:pPr>
      <w:r>
        <w:separator/>
      </w:r>
    </w:p>
  </w:endnote>
  <w:endnote w:type="continuationSeparator" w:id="0">
    <w:p w14:paraId="024F3541" w14:textId="77777777" w:rsidR="00FB6CA2" w:rsidRDefault="00FB6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oto Serif KR ExtraLight">
    <w:panose1 w:val="02020200000000000000"/>
    <w:charset w:val="81"/>
    <w:family w:val="roman"/>
    <w:pitch w:val="variable"/>
    <w:sig w:usb0="30000287" w:usb1="2BDF3C10" w:usb2="00000016" w:usb3="00000000" w:csb0="002E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0378" w14:textId="77777777" w:rsidR="00AE6994" w:rsidRDefault="00000000">
    <w:pPr>
      <w:pStyle w:val="a6"/>
      <w:ind w:firstLine="0"/>
      <w:jc w:val="center"/>
    </w:pPr>
    <w:r>
      <w:fldChar w:fldCharType="begin"/>
    </w:r>
    <w:r>
      <w:instrText>PAGE</w:instrText>
    </w:r>
    <w:r>
      <w:fldChar w:fldCharType="separate"/>
    </w:r>
    <w:r w:rsidR="00D465B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4AE7" w14:textId="77777777" w:rsidR="00FB6CA2" w:rsidRDefault="00FB6CA2">
      <w:pPr>
        <w:spacing w:line="240" w:lineRule="auto"/>
      </w:pPr>
      <w:r>
        <w:separator/>
      </w:r>
    </w:p>
  </w:footnote>
  <w:footnote w:type="continuationSeparator" w:id="0">
    <w:p w14:paraId="6C32360B" w14:textId="77777777" w:rsidR="00FB6CA2" w:rsidRDefault="00FB6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7635173">
    <w:abstractNumId w:val="8"/>
  </w:num>
  <w:num w:numId="2" w16cid:durableId="722677546">
    <w:abstractNumId w:val="6"/>
  </w:num>
  <w:num w:numId="3" w16cid:durableId="1370447399">
    <w:abstractNumId w:val="5"/>
  </w:num>
  <w:num w:numId="4" w16cid:durableId="10305816">
    <w:abstractNumId w:val="4"/>
  </w:num>
  <w:num w:numId="5" w16cid:durableId="724528713">
    <w:abstractNumId w:val="7"/>
  </w:num>
  <w:num w:numId="6" w16cid:durableId="1843012398">
    <w:abstractNumId w:val="3"/>
  </w:num>
  <w:num w:numId="7" w16cid:durableId="745230424">
    <w:abstractNumId w:val="2"/>
  </w:num>
  <w:num w:numId="8" w16cid:durableId="1705666458">
    <w:abstractNumId w:val="1"/>
  </w:num>
  <w:num w:numId="9" w16cid:durableId="210005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E5FE7"/>
    <w:rsid w:val="0072312C"/>
    <w:rsid w:val="00AA1D8D"/>
    <w:rsid w:val="00AE6994"/>
    <w:rsid w:val="00B47730"/>
    <w:rsid w:val="00CB0664"/>
    <w:rsid w:val="00D465BD"/>
    <w:rsid w:val="00FB6C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FCCA5C"/>
  <w14:defaultImageDpi w14:val="300"/>
  <w15:docId w15:val="{D6B3859E-C053-440C-A57C-67E3932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480" w:lineRule="auto"/>
      <w:ind w:firstLine="720"/>
      <w:jc w:val="both"/>
    </w:pPr>
    <w:rPr>
      <w:rFonts w:ascii="Times New Roman" w:eastAsia="Noto Serif KR ExtraLight" w:hAnsi="Times New Roman"/>
      <w:color w:val="000000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40"/>
      <w:ind w:firstLine="0"/>
      <w:jc w:val="center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4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1">
    <w:name w:val="작성 안내"/>
    <w:pPr>
      <w:spacing w:after="100" w:line="312" w:lineRule="auto"/>
    </w:pPr>
    <w:rPr>
      <w:rFonts w:ascii="Times New Roman" w:eastAsia="Noto Serif KR ExtraLight" w:hAnsi="Times New Roman"/>
      <w:color w:val="5A5A5A"/>
      <w:sz w:val="20"/>
    </w:rPr>
  </w:style>
  <w:style w:type="paragraph" w:customStyle="1" w:styleId="aff2">
    <w:name w:val="작성 영역"/>
    <w:pPr>
      <w:spacing w:before="60" w:after="60" w:line="360" w:lineRule="auto"/>
    </w:pPr>
    <w:rPr>
      <w:rFonts w:ascii="Times New Roman" w:eastAsia="Noto Serif KR ExtraLight" w:hAnsi="Times New Roman"/>
      <w:color w:val="69696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1666</Words>
  <Characters>4382</Characters>
  <Application>Microsoft Office Word</Application>
  <DocSecurity>0</DocSecurity>
  <Lines>626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하베스트대학교 논문 제안서 서식</dc:title>
  <dc:subject>학위논문 제안서 공통 서식</dc:subject>
  <dc:creator>HARVEST UNIVERSITY</dc:creator>
  <cp:keywords>하베스트대학교, 논문 제안서, 연구계획서, 학위논문</cp:keywords>
  <dc:description>generated by python-docx</dc:description>
  <cp:lastModifiedBy>성상 이</cp:lastModifiedBy>
  <cp:revision>3</cp:revision>
  <dcterms:created xsi:type="dcterms:W3CDTF">2026-07-22T05:58:00Z</dcterms:created>
  <dcterms:modified xsi:type="dcterms:W3CDTF">2026-07-22T05:59:00Z</dcterms:modified>
  <cp:category/>
</cp:coreProperties>
</file>